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28E3F" w14:textId="77777777" w:rsidR="00AC365C" w:rsidRPr="00360FD0" w:rsidRDefault="00130C03">
      <w:pPr>
        <w:jc w:val="center"/>
        <w:rPr>
          <w:rFonts w:ascii="TH Sarabun New" w:hAnsi="TH Sarabun New" w:cs="TH Sarabun New"/>
          <w:sz w:val="28"/>
          <w:szCs w:val="28"/>
        </w:rPr>
      </w:pPr>
      <w:r w:rsidRPr="00360FD0">
        <w:rPr>
          <w:rFonts w:ascii="TH Sarabun New" w:hAnsi="TH Sarabun New" w:cs="TH Sarabun New"/>
          <w:b/>
          <w:sz w:val="28"/>
          <w:szCs w:val="28"/>
        </w:rPr>
        <w:t>Form for Proposal Revision According to Thesis Proposal Defense Committee</w:t>
      </w:r>
    </w:p>
    <w:p w14:paraId="59013A63" w14:textId="3F5F17F2" w:rsidR="00AC365C" w:rsidRPr="00360FD0" w:rsidRDefault="00130C03">
      <w:pPr>
        <w:rPr>
          <w:rFonts w:ascii="TH Sarabun New" w:hAnsi="TH Sarabun New" w:cs="TH Sarabun New"/>
        </w:rPr>
      </w:pPr>
      <w:r w:rsidRPr="00360FD0">
        <w:rPr>
          <w:rFonts w:ascii="TH Sarabun New" w:hAnsi="TH Sarabun New" w:cs="TH Sarabun New"/>
        </w:rPr>
        <w:t>Dear International Program Committee</w:t>
      </w:r>
      <w:r w:rsidR="00F56D4C">
        <w:rPr>
          <w:rFonts w:ascii="TH Sarabun New" w:hAnsi="TH Sarabun New" w:cs="TH Sarabun New"/>
        </w:rPr>
        <w:t>,</w:t>
      </w:r>
    </w:p>
    <w:p w14:paraId="44193FB7" w14:textId="1C1F9343" w:rsidR="00AC365C" w:rsidRPr="00360FD0" w:rsidRDefault="00130C03" w:rsidP="004F1F0A">
      <w:pPr>
        <w:spacing w:after="0"/>
        <w:ind w:firstLine="567"/>
        <w:rPr>
          <w:rFonts w:ascii="TH Sarabun New" w:hAnsi="TH Sarabun New" w:cs="TH Sarabun New"/>
        </w:rPr>
      </w:pPr>
      <w:r w:rsidRPr="00360FD0">
        <w:rPr>
          <w:rFonts w:ascii="TH Sarabun New" w:hAnsi="TH Sarabun New" w:cs="TH Sarabun New"/>
        </w:rPr>
        <w:t>I, (Ms./Mr./Mrs.)</w:t>
      </w:r>
      <w:r w:rsidRPr="00360FD0">
        <w:rPr>
          <w:rFonts w:ascii="TH Sarabun New" w:hAnsi="TH Sarabun New" w:cs="TH Sarabun New"/>
        </w:rPr>
        <w:t xml:space="preserve"> </w:t>
      </w:r>
      <w:r w:rsidR="00345653">
        <w:rPr>
          <w:rFonts w:ascii="TH Sarabun New" w:hAnsi="TH Sarabun New" w:cs="TH Sarabun New"/>
          <w:u w:val="dotted"/>
        </w:rPr>
        <w:tab/>
      </w:r>
      <w:r w:rsidR="00345653">
        <w:rPr>
          <w:rFonts w:ascii="TH Sarabun New" w:hAnsi="TH Sarabun New" w:cs="TH Sarabun New"/>
          <w:u w:val="dotted"/>
        </w:rPr>
        <w:tab/>
      </w:r>
      <w:r w:rsidR="00345653">
        <w:rPr>
          <w:rFonts w:ascii="TH Sarabun New" w:hAnsi="TH Sarabun New" w:cs="TH Sarabun New"/>
          <w:u w:val="dotted"/>
        </w:rPr>
        <w:tab/>
      </w:r>
      <w:r w:rsidRPr="00360FD0">
        <w:rPr>
          <w:rFonts w:ascii="TH Sarabun New" w:hAnsi="TH Sarabun New" w:cs="TH Sarabun New"/>
        </w:rPr>
        <w:t>Student I</w:t>
      </w:r>
      <w:r w:rsidRPr="00360FD0">
        <w:rPr>
          <w:rFonts w:ascii="TH Sarabun New" w:hAnsi="TH Sarabun New" w:cs="TH Sarabun New"/>
        </w:rPr>
        <w:t>D</w:t>
      </w:r>
      <w:r w:rsidR="00345653" w:rsidRPr="00345653">
        <w:rPr>
          <w:rFonts w:ascii="TH Sarabun New" w:hAnsi="TH Sarabun New" w:cs="TH Sarabun New"/>
          <w:u w:val="dotted"/>
        </w:rPr>
        <w:tab/>
      </w:r>
      <w:r w:rsidR="00345653" w:rsidRPr="00345653">
        <w:rPr>
          <w:rFonts w:ascii="TH Sarabun New" w:hAnsi="TH Sarabun New" w:cs="TH Sarabun New"/>
          <w:u w:val="dotted"/>
        </w:rPr>
        <w:tab/>
      </w:r>
      <w:r w:rsidR="00345653">
        <w:rPr>
          <w:rFonts w:ascii="TH Sarabun New" w:hAnsi="TH Sarabun New" w:cs="TH Sarabun New"/>
        </w:rPr>
        <w:t xml:space="preserve"> </w:t>
      </w:r>
      <w:r w:rsidR="00EB1C41" w:rsidRPr="00360FD0">
        <w:rPr>
          <w:rFonts w:ascii="TH Sarabun New" w:hAnsi="TH Sarabun New" w:cs="TH Sarabun New"/>
        </w:rPr>
        <w:t>Program</w:t>
      </w:r>
      <w:r w:rsidRPr="00EB1C41">
        <w:rPr>
          <w:rFonts w:ascii="TH Sarabun New" w:hAnsi="TH Sarabun New" w:cs="TH Sarabun New"/>
          <w:u w:val="dotted"/>
        </w:rPr>
        <w:t xml:space="preserve"> </w:t>
      </w:r>
      <w:r w:rsidR="00EB1C41">
        <w:rPr>
          <w:rFonts w:ascii="TH Sarabun New" w:hAnsi="TH Sarabun New" w:cs="TH Sarabun New"/>
          <w:u w:val="dotted"/>
          <w:cs/>
        </w:rPr>
        <w:tab/>
      </w:r>
      <w:r w:rsidRPr="00EB1C41">
        <w:rPr>
          <w:rFonts w:ascii="TH Sarabun New" w:hAnsi="TH Sarabun New" w:cs="TH Sarabun New"/>
          <w:u w:val="dotted"/>
        </w:rPr>
        <w:t>Master of Economics</w:t>
      </w:r>
      <w:r w:rsidR="00EB1C41">
        <w:rPr>
          <w:rFonts w:ascii="TH Sarabun New" w:hAnsi="TH Sarabun New" w:cs="TH Sarabun New" w:hint="cs"/>
          <w:u w:val="dotted"/>
          <w:cs/>
          <w:lang w:bidi="th-TH"/>
        </w:rPr>
        <w:t xml:space="preserve"> </w:t>
      </w:r>
      <w:r w:rsidR="00EB1C41">
        <w:rPr>
          <w:rFonts w:ascii="TH Sarabun New" w:hAnsi="TH Sarabun New" w:cs="TH Sarabun New"/>
          <w:u w:val="dotted"/>
          <w:lang w:bidi="th-TH"/>
        </w:rPr>
        <w:t>(International Program)</w:t>
      </w:r>
      <w:r w:rsidR="00EB1C41">
        <w:rPr>
          <w:rFonts w:ascii="TH Sarabun New" w:hAnsi="TH Sarabun New" w:cs="TH Sarabun New"/>
          <w:u w:val="dotted"/>
          <w:cs/>
        </w:rPr>
        <w:tab/>
      </w:r>
    </w:p>
    <w:p w14:paraId="6C59CA93" w14:textId="5DFD80B7" w:rsidR="00AC365C" w:rsidRPr="00360FD0" w:rsidRDefault="00130C03">
      <w:pPr>
        <w:rPr>
          <w:rFonts w:ascii="TH Sarabun New" w:hAnsi="TH Sarabun New" w:cs="TH Sarabun New"/>
        </w:rPr>
      </w:pPr>
      <w:r w:rsidRPr="00360FD0">
        <w:rPr>
          <w:rFonts w:ascii="TH Sarabun New" w:hAnsi="TH Sarabun New" w:cs="TH Sarabun New"/>
        </w:rPr>
        <w:t xml:space="preserve">I have done my </w:t>
      </w:r>
      <w:r w:rsidRPr="00360FD0">
        <w:rPr>
          <w:rFonts w:ascii="TH Sarabun New" w:hAnsi="TH Sarabun New" w:cs="TH Sarabun New"/>
        </w:rPr>
        <w:t>thesis proposal defense on date</w:t>
      </w:r>
      <w:r w:rsidR="00345653">
        <w:rPr>
          <w:rFonts w:ascii="TH Sarabun New" w:hAnsi="TH Sarabun New" w:cs="TH Sarabun New"/>
        </w:rPr>
        <w:t xml:space="preserve"> </w:t>
      </w:r>
      <w:r w:rsidR="00345653">
        <w:rPr>
          <w:rFonts w:ascii="TH Sarabun New" w:hAnsi="TH Sarabun New" w:cs="TH Sarabun New"/>
          <w:u w:val="dotted"/>
        </w:rPr>
        <w:t xml:space="preserve">        </w:t>
      </w:r>
      <w:r w:rsidR="00345653">
        <w:rPr>
          <w:rFonts w:ascii="TH Sarabun New" w:hAnsi="TH Sarabun New" w:cs="TH Sarabun New"/>
        </w:rPr>
        <w:t xml:space="preserve"> </w:t>
      </w:r>
      <w:r w:rsidRPr="00360FD0">
        <w:rPr>
          <w:rFonts w:ascii="TH Sarabun New" w:hAnsi="TH Sarabun New" w:cs="TH Sarabun New"/>
        </w:rPr>
        <w:t xml:space="preserve">month </w:t>
      </w:r>
      <w:r w:rsidR="00345653">
        <w:rPr>
          <w:rFonts w:ascii="TH Sarabun New" w:hAnsi="TH Sarabun New" w:cs="TH Sarabun New"/>
          <w:u w:val="dotted"/>
        </w:rPr>
        <w:tab/>
      </w:r>
      <w:r w:rsidR="00345653">
        <w:rPr>
          <w:rFonts w:ascii="TH Sarabun New" w:hAnsi="TH Sarabun New" w:cs="TH Sarabun New"/>
          <w:u w:val="dotted"/>
        </w:rPr>
        <w:tab/>
      </w:r>
      <w:r w:rsidRPr="00360FD0">
        <w:rPr>
          <w:rFonts w:ascii="TH Sarabun New" w:hAnsi="TH Sarabun New" w:cs="TH Sarabun New"/>
        </w:rPr>
        <w:t xml:space="preserve">year </w:t>
      </w:r>
      <w:r w:rsidR="00345653">
        <w:rPr>
          <w:rFonts w:ascii="TH Sarabun New" w:hAnsi="TH Sarabun New" w:cs="TH Sarabun New"/>
          <w:u w:val="dotted"/>
        </w:rPr>
        <w:tab/>
      </w:r>
      <w:r w:rsidRPr="00360FD0">
        <w:rPr>
          <w:rFonts w:ascii="TH Sarabun New" w:hAnsi="TH Sarabun New" w:cs="TH Sarabun New"/>
        </w:rPr>
        <w:t xml:space="preserve"> Semester </w:t>
      </w:r>
      <w:r w:rsidR="00345653">
        <w:rPr>
          <w:rFonts w:ascii="TH Sarabun New" w:hAnsi="TH Sarabun New" w:cs="TH Sarabun New"/>
          <w:u w:val="dotted"/>
        </w:rPr>
        <w:t xml:space="preserve">      </w:t>
      </w:r>
      <w:r w:rsidR="00345653">
        <w:rPr>
          <w:rFonts w:ascii="TH Sarabun New" w:hAnsi="TH Sarabun New" w:cs="TH Sarabun New"/>
        </w:rPr>
        <w:t xml:space="preserve"> </w:t>
      </w:r>
      <w:r w:rsidRPr="00360FD0">
        <w:rPr>
          <w:rFonts w:ascii="TH Sarabun New" w:hAnsi="TH Sarabun New" w:cs="TH Sarabun New"/>
        </w:rPr>
        <w:t>/</w:t>
      </w:r>
      <w:r w:rsidR="00345653">
        <w:rPr>
          <w:rFonts w:ascii="TH Sarabun New" w:hAnsi="TH Sarabun New" w:cs="TH Sarabun New"/>
          <w:u w:val="dotted"/>
        </w:rPr>
        <w:t xml:space="preserve">     </w:t>
      </w:r>
      <w:proofErr w:type="gramStart"/>
      <w:r w:rsidR="00345653">
        <w:rPr>
          <w:rFonts w:ascii="TH Sarabun New" w:hAnsi="TH Sarabun New" w:cs="TH Sarabun New"/>
          <w:u w:val="dotted"/>
        </w:rPr>
        <w:t xml:space="preserve">  .</w:t>
      </w:r>
      <w:proofErr w:type="gramEnd"/>
      <w:r w:rsidRPr="00360FD0">
        <w:rPr>
          <w:rFonts w:ascii="TH Sarabun New" w:hAnsi="TH Sarabun New" w:cs="TH Sarabun New"/>
        </w:rPr>
        <w:t xml:space="preserve"> I have revised my proposal according to the comments from my thesis proposal defense committee as follows:</w:t>
      </w:r>
    </w:p>
    <w:tbl>
      <w:tblPr>
        <w:tblStyle w:val="TableGrid"/>
        <w:tblW w:w="0" w:type="auto"/>
        <w:jc w:val="center"/>
        <w:tblLook w:val="04A0" w:firstRow="1" w:lastRow="0" w:firstColumn="1" w:lastColumn="0" w:noHBand="0" w:noVBand="1"/>
      </w:tblPr>
      <w:tblGrid>
        <w:gridCol w:w="2550"/>
        <w:gridCol w:w="3263"/>
        <w:gridCol w:w="3827"/>
        <w:gridCol w:w="560"/>
      </w:tblGrid>
      <w:tr w:rsidR="00AC365C" w:rsidRPr="00360FD0" w14:paraId="495ADD6B" w14:textId="77777777" w:rsidTr="00CD5DD2">
        <w:trPr>
          <w:tblHeader/>
          <w:jc w:val="center"/>
        </w:trPr>
        <w:tc>
          <w:tcPr>
            <w:tcW w:w="2550" w:type="dxa"/>
          </w:tcPr>
          <w:p w14:paraId="1FE1F5C4" w14:textId="77777777" w:rsidR="00AC365C" w:rsidRPr="00360FD0" w:rsidRDefault="00130C03">
            <w:pPr>
              <w:rPr>
                <w:rFonts w:ascii="TH Sarabun New" w:hAnsi="TH Sarabun New" w:cs="TH Sarabun New"/>
                <w:b/>
                <w:bCs/>
              </w:rPr>
            </w:pPr>
            <w:r w:rsidRPr="00360FD0">
              <w:rPr>
                <w:rFonts w:ascii="TH Sarabun New" w:hAnsi="TH Sarabun New" w:cs="TH Sarabun New"/>
                <w:b/>
                <w:bCs/>
              </w:rPr>
              <w:t>Topics</w:t>
            </w:r>
          </w:p>
        </w:tc>
        <w:tc>
          <w:tcPr>
            <w:tcW w:w="3263" w:type="dxa"/>
          </w:tcPr>
          <w:p w14:paraId="3CB4E697" w14:textId="77777777" w:rsidR="00AC365C" w:rsidRPr="00360FD0" w:rsidRDefault="00130C03">
            <w:pPr>
              <w:rPr>
                <w:rFonts w:ascii="TH Sarabun New" w:hAnsi="TH Sarabun New" w:cs="TH Sarabun New"/>
                <w:b/>
                <w:bCs/>
              </w:rPr>
            </w:pPr>
            <w:r w:rsidRPr="00360FD0">
              <w:rPr>
                <w:rFonts w:ascii="TH Sarabun New" w:hAnsi="TH Sarabun New" w:cs="TH Sarabun New"/>
                <w:b/>
                <w:bCs/>
              </w:rPr>
              <w:t>Comments</w:t>
            </w:r>
          </w:p>
        </w:tc>
        <w:tc>
          <w:tcPr>
            <w:tcW w:w="3827" w:type="dxa"/>
          </w:tcPr>
          <w:p w14:paraId="5AAE4A22" w14:textId="77777777" w:rsidR="00AC365C" w:rsidRPr="00360FD0" w:rsidRDefault="00130C03">
            <w:pPr>
              <w:rPr>
                <w:rFonts w:ascii="TH Sarabun New" w:hAnsi="TH Sarabun New" w:cs="TH Sarabun New"/>
                <w:b/>
                <w:bCs/>
              </w:rPr>
            </w:pPr>
            <w:r w:rsidRPr="00360FD0">
              <w:rPr>
                <w:rFonts w:ascii="TH Sarabun New" w:hAnsi="TH Sarabun New" w:cs="TH Sarabun New"/>
                <w:b/>
                <w:bCs/>
              </w:rPr>
              <w:t>Revision</w:t>
            </w:r>
          </w:p>
        </w:tc>
        <w:tc>
          <w:tcPr>
            <w:tcW w:w="560" w:type="dxa"/>
          </w:tcPr>
          <w:p w14:paraId="51EF1E69" w14:textId="77777777" w:rsidR="00AC365C" w:rsidRPr="00360FD0" w:rsidRDefault="00130C03">
            <w:pPr>
              <w:rPr>
                <w:rFonts w:ascii="TH Sarabun New" w:hAnsi="TH Sarabun New" w:cs="TH Sarabun New"/>
                <w:b/>
                <w:bCs/>
              </w:rPr>
            </w:pPr>
            <w:r w:rsidRPr="00360FD0">
              <w:rPr>
                <w:rFonts w:ascii="TH Sarabun New" w:hAnsi="TH Sarabun New" w:cs="TH Sarabun New"/>
                <w:b/>
                <w:bCs/>
              </w:rPr>
              <w:t>page</w:t>
            </w:r>
          </w:p>
        </w:tc>
      </w:tr>
      <w:tr w:rsidR="00AC365C" w:rsidRPr="00360FD0" w14:paraId="050F9F24" w14:textId="77777777" w:rsidTr="00CD5DD2">
        <w:trPr>
          <w:jc w:val="center"/>
        </w:trPr>
        <w:tc>
          <w:tcPr>
            <w:tcW w:w="2550" w:type="dxa"/>
          </w:tcPr>
          <w:p w14:paraId="0A90AAD8" w14:textId="77777777" w:rsidR="00AC365C" w:rsidRPr="00360FD0" w:rsidRDefault="00130C03">
            <w:pPr>
              <w:rPr>
                <w:rFonts w:ascii="TH Sarabun New" w:hAnsi="TH Sarabun New" w:cs="TH Sarabun New"/>
              </w:rPr>
            </w:pPr>
            <w:r w:rsidRPr="00360FD0">
              <w:rPr>
                <w:rFonts w:ascii="TH Sarabun New" w:hAnsi="TH Sarabun New" w:cs="TH Sarabun New"/>
              </w:rPr>
              <w:t>Thesis/IS Titles</w:t>
            </w:r>
          </w:p>
        </w:tc>
        <w:tc>
          <w:tcPr>
            <w:tcW w:w="3263" w:type="dxa"/>
          </w:tcPr>
          <w:p w14:paraId="26636F86" w14:textId="77777777" w:rsidR="00AC365C" w:rsidRDefault="00AC365C">
            <w:pPr>
              <w:rPr>
                <w:rFonts w:ascii="TH Sarabun New" w:hAnsi="TH Sarabun New" w:cs="TH Sarabun New"/>
              </w:rPr>
            </w:pPr>
          </w:p>
          <w:p w14:paraId="32B073B2" w14:textId="77777777" w:rsidR="00360FD0" w:rsidRDefault="00360FD0">
            <w:pPr>
              <w:rPr>
                <w:rFonts w:ascii="TH Sarabun New" w:hAnsi="TH Sarabun New" w:cs="TH Sarabun New"/>
              </w:rPr>
            </w:pPr>
          </w:p>
          <w:p w14:paraId="3186E56E" w14:textId="77777777" w:rsidR="00360FD0" w:rsidRDefault="00360FD0">
            <w:pPr>
              <w:rPr>
                <w:rFonts w:ascii="TH Sarabun New" w:hAnsi="TH Sarabun New" w:cs="TH Sarabun New"/>
              </w:rPr>
            </w:pPr>
          </w:p>
          <w:p w14:paraId="672A6659" w14:textId="3653378D" w:rsidR="00360FD0" w:rsidRPr="00360FD0" w:rsidRDefault="00360FD0">
            <w:pPr>
              <w:rPr>
                <w:rFonts w:ascii="TH Sarabun New" w:hAnsi="TH Sarabun New" w:cs="TH Sarabun New"/>
              </w:rPr>
            </w:pPr>
          </w:p>
        </w:tc>
        <w:tc>
          <w:tcPr>
            <w:tcW w:w="3827" w:type="dxa"/>
          </w:tcPr>
          <w:p w14:paraId="0A37501D" w14:textId="77777777" w:rsidR="00AC365C" w:rsidRPr="00360FD0" w:rsidRDefault="00AC365C">
            <w:pPr>
              <w:rPr>
                <w:rFonts w:ascii="TH Sarabun New" w:hAnsi="TH Sarabun New" w:cs="TH Sarabun New"/>
              </w:rPr>
            </w:pPr>
          </w:p>
        </w:tc>
        <w:tc>
          <w:tcPr>
            <w:tcW w:w="560" w:type="dxa"/>
          </w:tcPr>
          <w:p w14:paraId="5DAB6C7B" w14:textId="77777777" w:rsidR="00AC365C" w:rsidRPr="00360FD0" w:rsidRDefault="00AC365C">
            <w:pPr>
              <w:rPr>
                <w:rFonts w:ascii="TH Sarabun New" w:hAnsi="TH Sarabun New" w:cs="TH Sarabun New"/>
              </w:rPr>
            </w:pPr>
          </w:p>
        </w:tc>
      </w:tr>
      <w:tr w:rsidR="00AC365C" w:rsidRPr="00360FD0" w14:paraId="3AB0389E" w14:textId="77777777" w:rsidTr="00CD5DD2">
        <w:trPr>
          <w:jc w:val="center"/>
        </w:trPr>
        <w:tc>
          <w:tcPr>
            <w:tcW w:w="2550" w:type="dxa"/>
          </w:tcPr>
          <w:p w14:paraId="2A5EA8D0" w14:textId="77777777" w:rsidR="00AC365C" w:rsidRPr="00360FD0" w:rsidRDefault="00130C03">
            <w:pPr>
              <w:rPr>
                <w:rFonts w:ascii="TH Sarabun New" w:hAnsi="TH Sarabun New" w:cs="TH Sarabun New"/>
              </w:rPr>
            </w:pPr>
            <w:r w:rsidRPr="00360FD0">
              <w:rPr>
                <w:rFonts w:ascii="TH Sarabun New" w:hAnsi="TH Sarabun New" w:cs="TH Sarabun New"/>
              </w:rPr>
              <w:t>Principle and</w:t>
            </w:r>
            <w:r w:rsidRPr="00360FD0">
              <w:rPr>
                <w:rFonts w:ascii="TH Sarabun New" w:hAnsi="TH Sarabun New" w:cs="TH Sarabun New"/>
              </w:rPr>
              <w:t xml:space="preserve"> Rational</w:t>
            </w:r>
          </w:p>
        </w:tc>
        <w:tc>
          <w:tcPr>
            <w:tcW w:w="3263" w:type="dxa"/>
          </w:tcPr>
          <w:p w14:paraId="2155BBB6" w14:textId="77777777" w:rsidR="00AC365C" w:rsidRDefault="00AC365C">
            <w:pPr>
              <w:rPr>
                <w:rFonts w:ascii="TH Sarabun New" w:hAnsi="TH Sarabun New" w:cs="TH Sarabun New"/>
              </w:rPr>
            </w:pPr>
          </w:p>
          <w:p w14:paraId="6708DDD7" w14:textId="77777777" w:rsidR="00360FD0" w:rsidRDefault="00360FD0">
            <w:pPr>
              <w:rPr>
                <w:rFonts w:ascii="TH Sarabun New" w:hAnsi="TH Sarabun New" w:cs="TH Sarabun New"/>
              </w:rPr>
            </w:pPr>
          </w:p>
          <w:p w14:paraId="04424D65" w14:textId="77777777" w:rsidR="00360FD0" w:rsidRDefault="00360FD0">
            <w:pPr>
              <w:rPr>
                <w:rFonts w:ascii="TH Sarabun New" w:hAnsi="TH Sarabun New" w:cs="TH Sarabun New"/>
              </w:rPr>
            </w:pPr>
          </w:p>
          <w:p w14:paraId="51D60D92" w14:textId="77777777" w:rsidR="00360FD0" w:rsidRDefault="00360FD0">
            <w:pPr>
              <w:rPr>
                <w:rFonts w:ascii="TH Sarabun New" w:hAnsi="TH Sarabun New" w:cs="TH Sarabun New"/>
              </w:rPr>
            </w:pPr>
          </w:p>
          <w:p w14:paraId="02EB378F" w14:textId="7E9FC1AD" w:rsidR="00360FD0" w:rsidRPr="00360FD0" w:rsidRDefault="00360FD0">
            <w:pPr>
              <w:rPr>
                <w:rFonts w:ascii="TH Sarabun New" w:hAnsi="TH Sarabun New" w:cs="TH Sarabun New"/>
              </w:rPr>
            </w:pPr>
          </w:p>
        </w:tc>
        <w:tc>
          <w:tcPr>
            <w:tcW w:w="3827" w:type="dxa"/>
          </w:tcPr>
          <w:p w14:paraId="6A05A809" w14:textId="77777777" w:rsidR="00AC365C" w:rsidRPr="00360FD0" w:rsidRDefault="00AC365C">
            <w:pPr>
              <w:rPr>
                <w:rFonts w:ascii="TH Sarabun New" w:hAnsi="TH Sarabun New" w:cs="TH Sarabun New"/>
              </w:rPr>
            </w:pPr>
          </w:p>
        </w:tc>
        <w:tc>
          <w:tcPr>
            <w:tcW w:w="560" w:type="dxa"/>
          </w:tcPr>
          <w:p w14:paraId="5A39BBE3" w14:textId="77777777" w:rsidR="00AC365C" w:rsidRPr="00360FD0" w:rsidRDefault="00AC365C">
            <w:pPr>
              <w:rPr>
                <w:rFonts w:ascii="TH Sarabun New" w:hAnsi="TH Sarabun New" w:cs="TH Sarabun New"/>
              </w:rPr>
            </w:pPr>
          </w:p>
        </w:tc>
      </w:tr>
      <w:tr w:rsidR="00AC365C" w:rsidRPr="00360FD0" w14:paraId="0455E04D" w14:textId="77777777" w:rsidTr="00CD5DD2">
        <w:trPr>
          <w:jc w:val="center"/>
        </w:trPr>
        <w:tc>
          <w:tcPr>
            <w:tcW w:w="2550" w:type="dxa"/>
          </w:tcPr>
          <w:p w14:paraId="5CF6EBBA" w14:textId="77777777" w:rsidR="00AC365C" w:rsidRPr="00360FD0" w:rsidRDefault="00130C03">
            <w:pPr>
              <w:rPr>
                <w:rFonts w:ascii="TH Sarabun New" w:hAnsi="TH Sarabun New" w:cs="TH Sarabun New"/>
              </w:rPr>
            </w:pPr>
            <w:r w:rsidRPr="00360FD0">
              <w:rPr>
                <w:rFonts w:ascii="TH Sarabun New" w:hAnsi="TH Sarabun New" w:cs="TH Sarabun New"/>
              </w:rPr>
              <w:t>Theory</w:t>
            </w:r>
          </w:p>
        </w:tc>
        <w:tc>
          <w:tcPr>
            <w:tcW w:w="3263" w:type="dxa"/>
          </w:tcPr>
          <w:p w14:paraId="1BF43AB0" w14:textId="77777777" w:rsidR="00AC365C" w:rsidRDefault="00AC365C">
            <w:pPr>
              <w:rPr>
                <w:rFonts w:ascii="TH Sarabun New" w:hAnsi="TH Sarabun New" w:cs="TH Sarabun New"/>
              </w:rPr>
            </w:pPr>
          </w:p>
          <w:p w14:paraId="4C5DE90F" w14:textId="77777777" w:rsidR="00360FD0" w:rsidRDefault="00360FD0">
            <w:pPr>
              <w:rPr>
                <w:rFonts w:ascii="TH Sarabun New" w:hAnsi="TH Sarabun New" w:cs="TH Sarabun New"/>
              </w:rPr>
            </w:pPr>
          </w:p>
          <w:p w14:paraId="50416096" w14:textId="77777777" w:rsidR="00360FD0" w:rsidRDefault="00360FD0">
            <w:pPr>
              <w:rPr>
                <w:rFonts w:ascii="TH Sarabun New" w:hAnsi="TH Sarabun New" w:cs="TH Sarabun New"/>
              </w:rPr>
            </w:pPr>
          </w:p>
          <w:p w14:paraId="1ED498F2" w14:textId="77777777" w:rsidR="00360FD0" w:rsidRDefault="00360FD0">
            <w:pPr>
              <w:rPr>
                <w:rFonts w:ascii="TH Sarabun New" w:hAnsi="TH Sarabun New" w:cs="TH Sarabun New"/>
              </w:rPr>
            </w:pPr>
          </w:p>
          <w:p w14:paraId="41C8F396" w14:textId="7723432A" w:rsidR="00360FD0" w:rsidRPr="00360FD0" w:rsidRDefault="00360FD0">
            <w:pPr>
              <w:rPr>
                <w:rFonts w:ascii="TH Sarabun New" w:hAnsi="TH Sarabun New" w:cs="TH Sarabun New"/>
              </w:rPr>
            </w:pPr>
          </w:p>
        </w:tc>
        <w:tc>
          <w:tcPr>
            <w:tcW w:w="3827" w:type="dxa"/>
          </w:tcPr>
          <w:p w14:paraId="72A3D3EC" w14:textId="77777777" w:rsidR="00AC365C" w:rsidRPr="00360FD0" w:rsidRDefault="00AC365C">
            <w:pPr>
              <w:rPr>
                <w:rFonts w:ascii="TH Sarabun New" w:hAnsi="TH Sarabun New" w:cs="TH Sarabun New"/>
              </w:rPr>
            </w:pPr>
          </w:p>
        </w:tc>
        <w:tc>
          <w:tcPr>
            <w:tcW w:w="560" w:type="dxa"/>
          </w:tcPr>
          <w:p w14:paraId="0D0B940D" w14:textId="77777777" w:rsidR="00AC365C" w:rsidRPr="00360FD0" w:rsidRDefault="00AC365C">
            <w:pPr>
              <w:rPr>
                <w:rFonts w:ascii="TH Sarabun New" w:hAnsi="TH Sarabun New" w:cs="TH Sarabun New"/>
              </w:rPr>
            </w:pPr>
          </w:p>
        </w:tc>
      </w:tr>
      <w:tr w:rsidR="00AC365C" w:rsidRPr="00360FD0" w14:paraId="7F2366CD" w14:textId="77777777" w:rsidTr="00CD5DD2">
        <w:trPr>
          <w:jc w:val="center"/>
        </w:trPr>
        <w:tc>
          <w:tcPr>
            <w:tcW w:w="2550" w:type="dxa"/>
          </w:tcPr>
          <w:p w14:paraId="4F3CA99B" w14:textId="77777777" w:rsidR="00AC365C" w:rsidRPr="00360FD0" w:rsidRDefault="00130C03">
            <w:pPr>
              <w:rPr>
                <w:rFonts w:ascii="TH Sarabun New" w:hAnsi="TH Sarabun New" w:cs="TH Sarabun New"/>
              </w:rPr>
            </w:pPr>
            <w:r w:rsidRPr="00360FD0">
              <w:rPr>
                <w:rFonts w:ascii="TH Sarabun New" w:hAnsi="TH Sarabun New" w:cs="TH Sarabun New"/>
              </w:rPr>
              <w:t>Literature Review</w:t>
            </w:r>
          </w:p>
        </w:tc>
        <w:tc>
          <w:tcPr>
            <w:tcW w:w="3263" w:type="dxa"/>
          </w:tcPr>
          <w:p w14:paraId="55D4B168" w14:textId="77777777" w:rsidR="00AC365C" w:rsidRDefault="00AC365C">
            <w:pPr>
              <w:rPr>
                <w:rFonts w:ascii="TH Sarabun New" w:hAnsi="TH Sarabun New" w:cs="TH Sarabun New"/>
              </w:rPr>
            </w:pPr>
          </w:p>
          <w:p w14:paraId="293F932C" w14:textId="77777777" w:rsidR="00360FD0" w:rsidRDefault="00360FD0">
            <w:pPr>
              <w:rPr>
                <w:rFonts w:ascii="TH Sarabun New" w:hAnsi="TH Sarabun New" w:cs="TH Sarabun New"/>
              </w:rPr>
            </w:pPr>
          </w:p>
          <w:p w14:paraId="52997227" w14:textId="77777777" w:rsidR="00360FD0" w:rsidRDefault="00360FD0">
            <w:pPr>
              <w:rPr>
                <w:rFonts w:ascii="TH Sarabun New" w:hAnsi="TH Sarabun New" w:cs="TH Sarabun New"/>
              </w:rPr>
            </w:pPr>
          </w:p>
          <w:p w14:paraId="69C8804F" w14:textId="77777777" w:rsidR="00360FD0" w:rsidRDefault="00360FD0">
            <w:pPr>
              <w:rPr>
                <w:rFonts w:ascii="TH Sarabun New" w:hAnsi="TH Sarabun New" w:cs="TH Sarabun New"/>
              </w:rPr>
            </w:pPr>
          </w:p>
          <w:p w14:paraId="0E27B00A" w14:textId="63BD21D9" w:rsidR="00360FD0" w:rsidRPr="00360FD0" w:rsidRDefault="00360FD0">
            <w:pPr>
              <w:rPr>
                <w:rFonts w:ascii="TH Sarabun New" w:hAnsi="TH Sarabun New" w:cs="TH Sarabun New"/>
              </w:rPr>
            </w:pPr>
          </w:p>
        </w:tc>
        <w:tc>
          <w:tcPr>
            <w:tcW w:w="3827" w:type="dxa"/>
          </w:tcPr>
          <w:p w14:paraId="60061E4C" w14:textId="77777777" w:rsidR="00AC365C" w:rsidRPr="00360FD0" w:rsidRDefault="00AC365C">
            <w:pPr>
              <w:rPr>
                <w:rFonts w:ascii="TH Sarabun New" w:hAnsi="TH Sarabun New" w:cs="TH Sarabun New"/>
              </w:rPr>
            </w:pPr>
          </w:p>
        </w:tc>
        <w:tc>
          <w:tcPr>
            <w:tcW w:w="560" w:type="dxa"/>
          </w:tcPr>
          <w:p w14:paraId="44EAFD9C" w14:textId="77777777" w:rsidR="00AC365C" w:rsidRPr="00360FD0" w:rsidRDefault="00AC365C">
            <w:pPr>
              <w:rPr>
                <w:rFonts w:ascii="TH Sarabun New" w:hAnsi="TH Sarabun New" w:cs="TH Sarabun New"/>
              </w:rPr>
            </w:pPr>
          </w:p>
        </w:tc>
      </w:tr>
      <w:tr w:rsidR="00AC365C" w:rsidRPr="00360FD0" w14:paraId="7DC22183" w14:textId="77777777" w:rsidTr="00CD5DD2">
        <w:trPr>
          <w:jc w:val="center"/>
        </w:trPr>
        <w:tc>
          <w:tcPr>
            <w:tcW w:w="2550" w:type="dxa"/>
          </w:tcPr>
          <w:p w14:paraId="02AE225D" w14:textId="77777777" w:rsidR="00AC365C" w:rsidRPr="00360FD0" w:rsidRDefault="00130C03">
            <w:pPr>
              <w:rPr>
                <w:rFonts w:ascii="TH Sarabun New" w:hAnsi="TH Sarabun New" w:cs="TH Sarabun New"/>
              </w:rPr>
            </w:pPr>
            <w:r w:rsidRPr="00360FD0">
              <w:rPr>
                <w:rFonts w:ascii="TH Sarabun New" w:hAnsi="TH Sarabun New" w:cs="TH Sarabun New"/>
              </w:rPr>
              <w:t>Purpose of the Study</w:t>
            </w:r>
          </w:p>
        </w:tc>
        <w:tc>
          <w:tcPr>
            <w:tcW w:w="3263" w:type="dxa"/>
          </w:tcPr>
          <w:p w14:paraId="35A6C775" w14:textId="77777777" w:rsidR="00AC365C" w:rsidRDefault="00AC365C">
            <w:pPr>
              <w:rPr>
                <w:rFonts w:ascii="TH Sarabun New" w:hAnsi="TH Sarabun New" w:cs="TH Sarabun New"/>
              </w:rPr>
            </w:pPr>
          </w:p>
          <w:p w14:paraId="2E84BD8F" w14:textId="77777777" w:rsidR="00360FD0" w:rsidRDefault="00360FD0">
            <w:pPr>
              <w:rPr>
                <w:rFonts w:ascii="TH Sarabun New" w:hAnsi="TH Sarabun New" w:cs="TH Sarabun New"/>
              </w:rPr>
            </w:pPr>
          </w:p>
          <w:p w14:paraId="15DEC793" w14:textId="77777777" w:rsidR="00360FD0" w:rsidRDefault="00360FD0">
            <w:pPr>
              <w:rPr>
                <w:rFonts w:ascii="TH Sarabun New" w:hAnsi="TH Sarabun New" w:cs="TH Sarabun New"/>
              </w:rPr>
            </w:pPr>
          </w:p>
          <w:p w14:paraId="4B94D5A5" w14:textId="3568F07D" w:rsidR="00360FD0" w:rsidRPr="00360FD0" w:rsidRDefault="00360FD0">
            <w:pPr>
              <w:rPr>
                <w:rFonts w:ascii="TH Sarabun New" w:hAnsi="TH Sarabun New" w:cs="TH Sarabun New"/>
              </w:rPr>
            </w:pPr>
          </w:p>
        </w:tc>
        <w:tc>
          <w:tcPr>
            <w:tcW w:w="3827" w:type="dxa"/>
          </w:tcPr>
          <w:p w14:paraId="3DEEC669" w14:textId="77777777" w:rsidR="00AC365C" w:rsidRPr="00360FD0" w:rsidRDefault="00AC365C">
            <w:pPr>
              <w:rPr>
                <w:rFonts w:ascii="TH Sarabun New" w:hAnsi="TH Sarabun New" w:cs="TH Sarabun New"/>
              </w:rPr>
            </w:pPr>
          </w:p>
        </w:tc>
        <w:tc>
          <w:tcPr>
            <w:tcW w:w="560" w:type="dxa"/>
          </w:tcPr>
          <w:p w14:paraId="3656B9AB" w14:textId="77777777" w:rsidR="00AC365C" w:rsidRPr="00360FD0" w:rsidRDefault="00AC365C">
            <w:pPr>
              <w:rPr>
                <w:rFonts w:ascii="TH Sarabun New" w:hAnsi="TH Sarabun New" w:cs="TH Sarabun New"/>
              </w:rPr>
            </w:pPr>
          </w:p>
        </w:tc>
      </w:tr>
      <w:tr w:rsidR="00AC365C" w:rsidRPr="00360FD0" w14:paraId="2B0925BF" w14:textId="77777777" w:rsidTr="00CD5DD2">
        <w:trPr>
          <w:jc w:val="center"/>
        </w:trPr>
        <w:tc>
          <w:tcPr>
            <w:tcW w:w="2550" w:type="dxa"/>
          </w:tcPr>
          <w:p w14:paraId="66A5A719" w14:textId="77777777" w:rsidR="00AC365C" w:rsidRPr="00360FD0" w:rsidRDefault="00130C03">
            <w:pPr>
              <w:rPr>
                <w:rFonts w:ascii="TH Sarabun New" w:hAnsi="TH Sarabun New" w:cs="TH Sarabun New"/>
              </w:rPr>
            </w:pPr>
            <w:r w:rsidRPr="00360FD0">
              <w:rPr>
                <w:rFonts w:ascii="TH Sarabun New" w:hAnsi="TH Sarabun New" w:cs="TH Sarabun New"/>
              </w:rPr>
              <w:t>Advantage of the Study</w:t>
            </w:r>
          </w:p>
        </w:tc>
        <w:tc>
          <w:tcPr>
            <w:tcW w:w="3263" w:type="dxa"/>
          </w:tcPr>
          <w:p w14:paraId="3EA47EBC" w14:textId="77777777" w:rsidR="00AC365C" w:rsidRDefault="00AC365C">
            <w:pPr>
              <w:rPr>
                <w:rFonts w:ascii="TH Sarabun New" w:hAnsi="TH Sarabun New" w:cs="TH Sarabun New"/>
              </w:rPr>
            </w:pPr>
          </w:p>
          <w:p w14:paraId="320A2C63" w14:textId="77777777" w:rsidR="00360FD0" w:rsidRDefault="00360FD0">
            <w:pPr>
              <w:rPr>
                <w:rFonts w:ascii="TH Sarabun New" w:hAnsi="TH Sarabun New" w:cs="TH Sarabun New"/>
              </w:rPr>
            </w:pPr>
          </w:p>
          <w:p w14:paraId="309B9049" w14:textId="77777777" w:rsidR="00360FD0" w:rsidRDefault="00360FD0">
            <w:pPr>
              <w:rPr>
                <w:rFonts w:ascii="TH Sarabun New" w:hAnsi="TH Sarabun New" w:cs="TH Sarabun New"/>
              </w:rPr>
            </w:pPr>
          </w:p>
          <w:p w14:paraId="6C12A568" w14:textId="77777777" w:rsidR="00360FD0" w:rsidRDefault="00360FD0">
            <w:pPr>
              <w:rPr>
                <w:rFonts w:ascii="TH Sarabun New" w:hAnsi="TH Sarabun New" w:cs="TH Sarabun New"/>
              </w:rPr>
            </w:pPr>
          </w:p>
          <w:p w14:paraId="45FB0818" w14:textId="5AFB0C45" w:rsidR="00360FD0" w:rsidRPr="00360FD0" w:rsidRDefault="00360FD0">
            <w:pPr>
              <w:rPr>
                <w:rFonts w:ascii="TH Sarabun New" w:hAnsi="TH Sarabun New" w:cs="TH Sarabun New"/>
              </w:rPr>
            </w:pPr>
          </w:p>
        </w:tc>
        <w:tc>
          <w:tcPr>
            <w:tcW w:w="3827" w:type="dxa"/>
          </w:tcPr>
          <w:p w14:paraId="049F31CB" w14:textId="77777777" w:rsidR="00AC365C" w:rsidRPr="00360FD0" w:rsidRDefault="00AC365C">
            <w:pPr>
              <w:rPr>
                <w:rFonts w:ascii="TH Sarabun New" w:hAnsi="TH Sarabun New" w:cs="TH Sarabun New"/>
              </w:rPr>
            </w:pPr>
          </w:p>
        </w:tc>
        <w:tc>
          <w:tcPr>
            <w:tcW w:w="560" w:type="dxa"/>
          </w:tcPr>
          <w:p w14:paraId="53128261" w14:textId="77777777" w:rsidR="00AC365C" w:rsidRPr="00360FD0" w:rsidRDefault="00AC365C">
            <w:pPr>
              <w:rPr>
                <w:rFonts w:ascii="TH Sarabun New" w:hAnsi="TH Sarabun New" w:cs="TH Sarabun New"/>
              </w:rPr>
            </w:pPr>
          </w:p>
        </w:tc>
      </w:tr>
      <w:tr w:rsidR="00AC365C" w:rsidRPr="00360FD0" w14:paraId="66CE8DE8" w14:textId="77777777" w:rsidTr="00CD5DD2">
        <w:trPr>
          <w:jc w:val="center"/>
        </w:trPr>
        <w:tc>
          <w:tcPr>
            <w:tcW w:w="2550" w:type="dxa"/>
          </w:tcPr>
          <w:p w14:paraId="592AEBA8" w14:textId="77777777" w:rsidR="00AC365C" w:rsidRPr="00360FD0" w:rsidRDefault="00130C03">
            <w:pPr>
              <w:rPr>
                <w:rFonts w:ascii="TH Sarabun New" w:hAnsi="TH Sarabun New" w:cs="TH Sarabun New"/>
              </w:rPr>
            </w:pPr>
            <w:r w:rsidRPr="00360FD0">
              <w:rPr>
                <w:rFonts w:ascii="TH Sarabun New" w:hAnsi="TH Sarabun New" w:cs="TH Sarabun New"/>
              </w:rPr>
              <w:t>Scope of the Study</w:t>
            </w:r>
          </w:p>
        </w:tc>
        <w:tc>
          <w:tcPr>
            <w:tcW w:w="3263" w:type="dxa"/>
          </w:tcPr>
          <w:p w14:paraId="6775B95A" w14:textId="77777777" w:rsidR="00AC365C" w:rsidRDefault="00AC365C">
            <w:pPr>
              <w:rPr>
                <w:rFonts w:ascii="TH Sarabun New" w:hAnsi="TH Sarabun New" w:cs="TH Sarabun New"/>
              </w:rPr>
            </w:pPr>
          </w:p>
          <w:p w14:paraId="08E433A9" w14:textId="77777777" w:rsidR="00360FD0" w:rsidRDefault="00360FD0">
            <w:pPr>
              <w:rPr>
                <w:rFonts w:ascii="TH Sarabun New" w:hAnsi="TH Sarabun New" w:cs="TH Sarabun New"/>
              </w:rPr>
            </w:pPr>
          </w:p>
          <w:p w14:paraId="1EC994C8" w14:textId="77777777" w:rsidR="00360FD0" w:rsidRDefault="00360FD0">
            <w:pPr>
              <w:rPr>
                <w:rFonts w:ascii="TH Sarabun New" w:hAnsi="TH Sarabun New" w:cs="TH Sarabun New"/>
              </w:rPr>
            </w:pPr>
          </w:p>
          <w:p w14:paraId="3AFF6A60" w14:textId="77777777" w:rsidR="00360FD0" w:rsidRDefault="00360FD0">
            <w:pPr>
              <w:rPr>
                <w:rFonts w:ascii="TH Sarabun New" w:hAnsi="TH Sarabun New" w:cs="TH Sarabun New"/>
              </w:rPr>
            </w:pPr>
          </w:p>
          <w:p w14:paraId="62486C05" w14:textId="365D7933" w:rsidR="00360FD0" w:rsidRPr="00360FD0" w:rsidRDefault="00360FD0">
            <w:pPr>
              <w:rPr>
                <w:rFonts w:ascii="TH Sarabun New" w:hAnsi="TH Sarabun New" w:cs="TH Sarabun New"/>
              </w:rPr>
            </w:pPr>
          </w:p>
        </w:tc>
        <w:tc>
          <w:tcPr>
            <w:tcW w:w="3827" w:type="dxa"/>
          </w:tcPr>
          <w:p w14:paraId="4101652C" w14:textId="77777777" w:rsidR="00AC365C" w:rsidRPr="00360FD0" w:rsidRDefault="00AC365C">
            <w:pPr>
              <w:rPr>
                <w:rFonts w:ascii="TH Sarabun New" w:hAnsi="TH Sarabun New" w:cs="TH Sarabun New"/>
              </w:rPr>
            </w:pPr>
          </w:p>
        </w:tc>
        <w:tc>
          <w:tcPr>
            <w:tcW w:w="560" w:type="dxa"/>
          </w:tcPr>
          <w:p w14:paraId="4B99056E" w14:textId="77777777" w:rsidR="00AC365C" w:rsidRPr="00360FD0" w:rsidRDefault="00AC365C">
            <w:pPr>
              <w:rPr>
                <w:rFonts w:ascii="TH Sarabun New" w:hAnsi="TH Sarabun New" w:cs="TH Sarabun New"/>
              </w:rPr>
            </w:pPr>
          </w:p>
        </w:tc>
      </w:tr>
      <w:tr w:rsidR="00AC365C" w:rsidRPr="00360FD0" w14:paraId="20F78E37" w14:textId="77777777" w:rsidTr="00CD5DD2">
        <w:trPr>
          <w:jc w:val="center"/>
        </w:trPr>
        <w:tc>
          <w:tcPr>
            <w:tcW w:w="2550" w:type="dxa"/>
          </w:tcPr>
          <w:p w14:paraId="727C81B1" w14:textId="77777777" w:rsidR="00AC365C" w:rsidRPr="00360FD0" w:rsidRDefault="00130C03">
            <w:pPr>
              <w:rPr>
                <w:rFonts w:ascii="TH Sarabun New" w:hAnsi="TH Sarabun New" w:cs="TH Sarabun New"/>
              </w:rPr>
            </w:pPr>
            <w:r w:rsidRPr="00360FD0">
              <w:rPr>
                <w:rFonts w:ascii="TH Sarabun New" w:hAnsi="TH Sarabun New" w:cs="TH Sarabun New"/>
              </w:rPr>
              <w:t>Conceptual Framework and Model</w:t>
            </w:r>
          </w:p>
        </w:tc>
        <w:tc>
          <w:tcPr>
            <w:tcW w:w="3263" w:type="dxa"/>
          </w:tcPr>
          <w:p w14:paraId="78B2E4CC" w14:textId="77777777" w:rsidR="00AC365C" w:rsidRDefault="00AC365C">
            <w:pPr>
              <w:rPr>
                <w:rFonts w:ascii="TH Sarabun New" w:hAnsi="TH Sarabun New" w:cs="TH Sarabun New"/>
              </w:rPr>
            </w:pPr>
          </w:p>
          <w:p w14:paraId="61AA3C1B" w14:textId="77777777" w:rsidR="00360FD0" w:rsidRDefault="00360FD0">
            <w:pPr>
              <w:rPr>
                <w:rFonts w:ascii="TH Sarabun New" w:hAnsi="TH Sarabun New" w:cs="TH Sarabun New"/>
              </w:rPr>
            </w:pPr>
          </w:p>
          <w:p w14:paraId="14306AFD" w14:textId="77777777" w:rsidR="00360FD0" w:rsidRDefault="00360FD0">
            <w:pPr>
              <w:rPr>
                <w:rFonts w:ascii="TH Sarabun New" w:hAnsi="TH Sarabun New" w:cs="TH Sarabun New"/>
              </w:rPr>
            </w:pPr>
          </w:p>
          <w:p w14:paraId="1299C43A" w14:textId="5AD0B804" w:rsidR="00360FD0" w:rsidRPr="00360FD0" w:rsidRDefault="00360FD0">
            <w:pPr>
              <w:rPr>
                <w:rFonts w:ascii="TH Sarabun New" w:hAnsi="TH Sarabun New" w:cs="TH Sarabun New"/>
              </w:rPr>
            </w:pPr>
          </w:p>
        </w:tc>
        <w:tc>
          <w:tcPr>
            <w:tcW w:w="3827" w:type="dxa"/>
          </w:tcPr>
          <w:p w14:paraId="4DDBEF00" w14:textId="77777777" w:rsidR="00AC365C" w:rsidRPr="00360FD0" w:rsidRDefault="00AC365C">
            <w:pPr>
              <w:rPr>
                <w:rFonts w:ascii="TH Sarabun New" w:hAnsi="TH Sarabun New" w:cs="TH Sarabun New"/>
              </w:rPr>
            </w:pPr>
          </w:p>
        </w:tc>
        <w:tc>
          <w:tcPr>
            <w:tcW w:w="560" w:type="dxa"/>
          </w:tcPr>
          <w:p w14:paraId="3461D779" w14:textId="77777777" w:rsidR="00AC365C" w:rsidRPr="00360FD0" w:rsidRDefault="00AC365C">
            <w:pPr>
              <w:rPr>
                <w:rFonts w:ascii="TH Sarabun New" w:hAnsi="TH Sarabun New" w:cs="TH Sarabun New"/>
              </w:rPr>
            </w:pPr>
          </w:p>
        </w:tc>
      </w:tr>
      <w:tr w:rsidR="00AC365C" w:rsidRPr="00360FD0" w14:paraId="5A04C2A3" w14:textId="77777777" w:rsidTr="00CD5DD2">
        <w:trPr>
          <w:jc w:val="center"/>
        </w:trPr>
        <w:tc>
          <w:tcPr>
            <w:tcW w:w="2550" w:type="dxa"/>
          </w:tcPr>
          <w:p w14:paraId="0A06CDCF" w14:textId="77777777" w:rsidR="00AC365C" w:rsidRPr="00360FD0" w:rsidRDefault="00130C03">
            <w:pPr>
              <w:rPr>
                <w:rFonts w:ascii="TH Sarabun New" w:hAnsi="TH Sarabun New" w:cs="TH Sarabun New"/>
              </w:rPr>
            </w:pPr>
            <w:r w:rsidRPr="00360FD0">
              <w:rPr>
                <w:rFonts w:ascii="TH Sarabun New" w:hAnsi="TH Sarabun New" w:cs="TH Sarabun New"/>
              </w:rPr>
              <w:lastRenderedPageBreak/>
              <w:t>Data Collection</w:t>
            </w:r>
          </w:p>
        </w:tc>
        <w:tc>
          <w:tcPr>
            <w:tcW w:w="3263" w:type="dxa"/>
          </w:tcPr>
          <w:p w14:paraId="31A40183" w14:textId="77777777" w:rsidR="00AC365C" w:rsidRDefault="00AC365C">
            <w:pPr>
              <w:rPr>
                <w:rFonts w:ascii="TH Sarabun New" w:hAnsi="TH Sarabun New" w:cs="TH Sarabun New"/>
              </w:rPr>
            </w:pPr>
          </w:p>
          <w:p w14:paraId="14B0D104" w14:textId="77777777" w:rsidR="00360FD0" w:rsidRDefault="00360FD0">
            <w:pPr>
              <w:rPr>
                <w:rFonts w:ascii="TH Sarabun New" w:hAnsi="TH Sarabun New" w:cs="TH Sarabun New"/>
              </w:rPr>
            </w:pPr>
          </w:p>
          <w:p w14:paraId="22FD93A6" w14:textId="77777777" w:rsidR="00360FD0" w:rsidRDefault="00360FD0">
            <w:pPr>
              <w:rPr>
                <w:rFonts w:ascii="TH Sarabun New" w:hAnsi="TH Sarabun New" w:cs="TH Sarabun New"/>
              </w:rPr>
            </w:pPr>
          </w:p>
          <w:p w14:paraId="3CF2D8B6" w14:textId="5E4F4B03" w:rsidR="00360FD0" w:rsidRPr="00360FD0" w:rsidRDefault="00360FD0">
            <w:pPr>
              <w:rPr>
                <w:rFonts w:ascii="TH Sarabun New" w:hAnsi="TH Sarabun New" w:cs="TH Sarabun New"/>
              </w:rPr>
            </w:pPr>
          </w:p>
        </w:tc>
        <w:tc>
          <w:tcPr>
            <w:tcW w:w="3827" w:type="dxa"/>
          </w:tcPr>
          <w:p w14:paraId="0FB78278" w14:textId="77777777" w:rsidR="00AC365C" w:rsidRPr="00360FD0" w:rsidRDefault="00AC365C">
            <w:pPr>
              <w:rPr>
                <w:rFonts w:ascii="TH Sarabun New" w:hAnsi="TH Sarabun New" w:cs="TH Sarabun New"/>
              </w:rPr>
            </w:pPr>
          </w:p>
        </w:tc>
        <w:tc>
          <w:tcPr>
            <w:tcW w:w="560" w:type="dxa"/>
          </w:tcPr>
          <w:p w14:paraId="1FC39945" w14:textId="77777777" w:rsidR="00AC365C" w:rsidRPr="00360FD0" w:rsidRDefault="00AC365C">
            <w:pPr>
              <w:rPr>
                <w:rFonts w:ascii="TH Sarabun New" w:hAnsi="TH Sarabun New" w:cs="TH Sarabun New"/>
              </w:rPr>
            </w:pPr>
          </w:p>
        </w:tc>
      </w:tr>
      <w:tr w:rsidR="00AC365C" w:rsidRPr="00360FD0" w14:paraId="1DF52E5F" w14:textId="77777777" w:rsidTr="00CD5DD2">
        <w:trPr>
          <w:jc w:val="center"/>
        </w:trPr>
        <w:tc>
          <w:tcPr>
            <w:tcW w:w="2550" w:type="dxa"/>
          </w:tcPr>
          <w:p w14:paraId="67E3B9B1" w14:textId="77777777" w:rsidR="00AC365C" w:rsidRPr="00360FD0" w:rsidRDefault="00130C03">
            <w:pPr>
              <w:rPr>
                <w:rFonts w:ascii="TH Sarabun New" w:hAnsi="TH Sarabun New" w:cs="TH Sarabun New"/>
              </w:rPr>
            </w:pPr>
            <w:r w:rsidRPr="00360FD0">
              <w:rPr>
                <w:rFonts w:ascii="TH Sarabun New" w:hAnsi="TH Sarabun New" w:cs="TH Sarabun New"/>
              </w:rPr>
              <w:t>Research Methodology / Data Analysis and Statistics Used in the Study</w:t>
            </w:r>
          </w:p>
        </w:tc>
        <w:tc>
          <w:tcPr>
            <w:tcW w:w="3263" w:type="dxa"/>
          </w:tcPr>
          <w:p w14:paraId="6A1CBB7A" w14:textId="77777777" w:rsidR="00AC365C" w:rsidRDefault="00AC365C">
            <w:pPr>
              <w:rPr>
                <w:rFonts w:ascii="TH Sarabun New" w:hAnsi="TH Sarabun New" w:cs="TH Sarabun New"/>
              </w:rPr>
            </w:pPr>
          </w:p>
          <w:p w14:paraId="2416F503" w14:textId="77777777" w:rsidR="00360FD0" w:rsidRDefault="00360FD0">
            <w:pPr>
              <w:rPr>
                <w:rFonts w:ascii="TH Sarabun New" w:hAnsi="TH Sarabun New" w:cs="TH Sarabun New"/>
              </w:rPr>
            </w:pPr>
          </w:p>
          <w:p w14:paraId="784C2223" w14:textId="77777777" w:rsidR="00360FD0" w:rsidRDefault="00360FD0">
            <w:pPr>
              <w:rPr>
                <w:rFonts w:ascii="TH Sarabun New" w:hAnsi="TH Sarabun New" w:cs="TH Sarabun New"/>
              </w:rPr>
            </w:pPr>
          </w:p>
          <w:p w14:paraId="2947AAC3" w14:textId="77777777" w:rsidR="00360FD0" w:rsidRDefault="00360FD0">
            <w:pPr>
              <w:rPr>
                <w:rFonts w:ascii="TH Sarabun New" w:hAnsi="TH Sarabun New" w:cs="TH Sarabun New"/>
              </w:rPr>
            </w:pPr>
          </w:p>
          <w:p w14:paraId="0562CB0E" w14:textId="1BC680CB" w:rsidR="00360FD0" w:rsidRPr="00360FD0" w:rsidRDefault="00360FD0">
            <w:pPr>
              <w:rPr>
                <w:rFonts w:ascii="TH Sarabun New" w:hAnsi="TH Sarabun New" w:cs="TH Sarabun New"/>
              </w:rPr>
            </w:pPr>
          </w:p>
        </w:tc>
        <w:tc>
          <w:tcPr>
            <w:tcW w:w="3827" w:type="dxa"/>
          </w:tcPr>
          <w:p w14:paraId="34CE0A41" w14:textId="77777777" w:rsidR="00AC365C" w:rsidRPr="00360FD0" w:rsidRDefault="00AC365C">
            <w:pPr>
              <w:rPr>
                <w:rFonts w:ascii="TH Sarabun New" w:hAnsi="TH Sarabun New" w:cs="TH Sarabun New"/>
              </w:rPr>
            </w:pPr>
          </w:p>
        </w:tc>
        <w:tc>
          <w:tcPr>
            <w:tcW w:w="560" w:type="dxa"/>
          </w:tcPr>
          <w:p w14:paraId="62EBF3C5" w14:textId="77777777" w:rsidR="00AC365C" w:rsidRPr="00360FD0" w:rsidRDefault="00AC365C">
            <w:pPr>
              <w:rPr>
                <w:rFonts w:ascii="TH Sarabun New" w:hAnsi="TH Sarabun New" w:cs="TH Sarabun New"/>
              </w:rPr>
            </w:pPr>
          </w:p>
        </w:tc>
      </w:tr>
      <w:tr w:rsidR="00AC365C" w:rsidRPr="00360FD0" w14:paraId="071E4E01" w14:textId="77777777" w:rsidTr="00CD5DD2">
        <w:trPr>
          <w:jc w:val="center"/>
        </w:trPr>
        <w:tc>
          <w:tcPr>
            <w:tcW w:w="2550" w:type="dxa"/>
          </w:tcPr>
          <w:p w14:paraId="476E51CF" w14:textId="77777777" w:rsidR="00AC365C" w:rsidRPr="00360FD0" w:rsidRDefault="00130C03">
            <w:pPr>
              <w:rPr>
                <w:rFonts w:ascii="TH Sarabun New" w:hAnsi="TH Sarabun New" w:cs="TH Sarabun New"/>
              </w:rPr>
            </w:pPr>
            <w:r w:rsidRPr="00360FD0">
              <w:rPr>
                <w:rFonts w:ascii="TH Sarabun New" w:hAnsi="TH Sarabun New" w:cs="TH Sarabun New"/>
              </w:rPr>
              <w:t>References</w:t>
            </w:r>
          </w:p>
        </w:tc>
        <w:tc>
          <w:tcPr>
            <w:tcW w:w="3263" w:type="dxa"/>
          </w:tcPr>
          <w:p w14:paraId="6A4D8C47" w14:textId="77777777" w:rsidR="00AC365C" w:rsidRDefault="00AC365C">
            <w:pPr>
              <w:rPr>
                <w:rFonts w:ascii="TH Sarabun New" w:hAnsi="TH Sarabun New" w:cs="TH Sarabun New"/>
              </w:rPr>
            </w:pPr>
          </w:p>
          <w:p w14:paraId="6D98A12B" w14:textId="67D82698" w:rsidR="00CD5DD2" w:rsidRPr="00360FD0" w:rsidRDefault="00CD5DD2">
            <w:pPr>
              <w:rPr>
                <w:rFonts w:ascii="TH Sarabun New" w:hAnsi="TH Sarabun New" w:cs="TH Sarabun New"/>
              </w:rPr>
            </w:pPr>
          </w:p>
        </w:tc>
        <w:tc>
          <w:tcPr>
            <w:tcW w:w="3827" w:type="dxa"/>
          </w:tcPr>
          <w:p w14:paraId="2946DB82" w14:textId="77777777" w:rsidR="00AC365C" w:rsidRPr="00360FD0" w:rsidRDefault="00AC365C">
            <w:pPr>
              <w:rPr>
                <w:rFonts w:ascii="TH Sarabun New" w:hAnsi="TH Sarabun New" w:cs="TH Sarabun New"/>
              </w:rPr>
            </w:pPr>
          </w:p>
        </w:tc>
        <w:tc>
          <w:tcPr>
            <w:tcW w:w="560" w:type="dxa"/>
          </w:tcPr>
          <w:p w14:paraId="5997CC1D" w14:textId="77777777" w:rsidR="00AC365C" w:rsidRPr="00360FD0" w:rsidRDefault="00AC365C">
            <w:pPr>
              <w:rPr>
                <w:rFonts w:ascii="TH Sarabun New" w:hAnsi="TH Sarabun New" w:cs="TH Sarabun New"/>
              </w:rPr>
            </w:pPr>
          </w:p>
        </w:tc>
      </w:tr>
    </w:tbl>
    <w:p w14:paraId="49FC136F" w14:textId="77777777" w:rsidR="00AC365C" w:rsidRPr="00360FD0" w:rsidRDefault="00130C03" w:rsidP="004F1F0A">
      <w:pPr>
        <w:ind w:left="567"/>
        <w:rPr>
          <w:rFonts w:ascii="TH Sarabun New" w:hAnsi="TH Sarabun New" w:cs="TH Sarabun New"/>
        </w:rPr>
      </w:pPr>
      <w:r w:rsidRPr="00360FD0">
        <w:rPr>
          <w:rFonts w:ascii="TH Sarabun New" w:hAnsi="TH Sarabun New" w:cs="TH Sarabun New"/>
        </w:rPr>
        <w:br/>
        <w:t>I confirm that I have revised my proposal according to my thesis proposal defense committee already.</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5"/>
      </w:tblGrid>
      <w:tr w:rsidR="00CD5DD2" w14:paraId="45404808" w14:textId="77777777" w:rsidTr="00CD5DD2">
        <w:trPr>
          <w:jc w:val="right"/>
        </w:trPr>
        <w:tc>
          <w:tcPr>
            <w:tcW w:w="2935" w:type="dxa"/>
          </w:tcPr>
          <w:p w14:paraId="3667C012" w14:textId="50890098" w:rsidR="00CD5DD2" w:rsidRDefault="00CD5DD2" w:rsidP="00CD5DD2">
            <w:pPr>
              <w:jc w:val="center"/>
              <w:rPr>
                <w:rFonts w:ascii="TH Sarabun New" w:hAnsi="TH Sarabun New" w:cs="TH Sarabun New"/>
              </w:rPr>
            </w:pPr>
            <w:r w:rsidRPr="00360FD0">
              <w:rPr>
                <w:rFonts w:ascii="TH Sarabun New" w:hAnsi="TH Sarabun New" w:cs="TH Sarabun New"/>
              </w:rPr>
              <w:t>Signature ..................................... Student</w:t>
            </w:r>
          </w:p>
        </w:tc>
      </w:tr>
      <w:tr w:rsidR="00CD5DD2" w14:paraId="131F2461" w14:textId="77777777" w:rsidTr="00CD5DD2">
        <w:trPr>
          <w:jc w:val="right"/>
        </w:trPr>
        <w:tc>
          <w:tcPr>
            <w:tcW w:w="2935" w:type="dxa"/>
          </w:tcPr>
          <w:p w14:paraId="4E183E69" w14:textId="566A1E2B" w:rsidR="00CD5DD2" w:rsidRDefault="00CD5DD2" w:rsidP="00CD5DD2">
            <w:pPr>
              <w:jc w:val="center"/>
              <w:rPr>
                <w:rFonts w:ascii="TH Sarabun New" w:hAnsi="TH Sarabun New" w:cs="TH Sarabun New"/>
              </w:rPr>
            </w:pPr>
            <w:r w:rsidRPr="00360FD0">
              <w:rPr>
                <w:rFonts w:ascii="TH Sarabun New" w:hAnsi="TH Sarabun New" w:cs="TH Sarabun New"/>
              </w:rPr>
              <w:t>(....................................)</w:t>
            </w:r>
          </w:p>
        </w:tc>
      </w:tr>
      <w:tr w:rsidR="00CD5DD2" w14:paraId="5CBCE57C" w14:textId="77777777" w:rsidTr="00CD5DD2">
        <w:trPr>
          <w:jc w:val="right"/>
        </w:trPr>
        <w:tc>
          <w:tcPr>
            <w:tcW w:w="2935" w:type="dxa"/>
          </w:tcPr>
          <w:p w14:paraId="2CC355BC" w14:textId="7F115155" w:rsidR="00CD5DD2" w:rsidRDefault="00CD5DD2" w:rsidP="00CD5DD2">
            <w:pPr>
              <w:jc w:val="center"/>
              <w:rPr>
                <w:rFonts w:ascii="TH Sarabun New" w:hAnsi="TH Sarabun New" w:cs="TH Sarabun New"/>
              </w:rPr>
            </w:pPr>
            <w:r w:rsidRPr="00360FD0">
              <w:rPr>
                <w:rFonts w:ascii="TH Sarabun New" w:hAnsi="TH Sarabun New" w:cs="TH Sarabun New"/>
              </w:rPr>
              <w:t>........../........../..........</w:t>
            </w:r>
          </w:p>
        </w:tc>
      </w:tr>
    </w:tbl>
    <w:p w14:paraId="4BBBCBE6" w14:textId="77777777" w:rsidR="004F1F0A" w:rsidRDefault="004F1F0A">
      <w:pPr>
        <w:rPr>
          <w:rFonts w:ascii="TH Sarabun New" w:hAnsi="TH Sarabun New" w:cs="TH Sarabun New"/>
        </w:rPr>
      </w:pPr>
    </w:p>
    <w:p w14:paraId="4179E4CB" w14:textId="37978AFD" w:rsidR="00AC365C" w:rsidRPr="00360FD0" w:rsidRDefault="431ACDD0" w:rsidP="004F1F0A">
      <w:pPr>
        <w:ind w:firstLine="567"/>
        <w:rPr>
          <w:rFonts w:ascii="TH Sarabun New" w:hAnsi="TH Sarabun New" w:cs="TH Sarabun New"/>
        </w:rPr>
      </w:pPr>
      <w:r w:rsidRPr="00360FD0">
        <w:rPr>
          <w:rFonts w:ascii="TH Sarabun New" w:hAnsi="TH Sarabun New" w:cs="TH Sarabun New"/>
        </w:rPr>
        <w:t>1. The student has revised the proposal according to the committee's comments already.</w:t>
      </w:r>
    </w:p>
    <w:p w14:paraId="625C968D" w14:textId="77777777" w:rsidR="00AC365C" w:rsidRDefault="00130C03" w:rsidP="004F1F0A">
      <w:pPr>
        <w:ind w:firstLine="567"/>
        <w:rPr>
          <w:rFonts w:ascii="TH Sarabun New" w:hAnsi="TH Sarabun New" w:cs="TH Sarabun New"/>
        </w:rPr>
      </w:pPr>
      <w:r w:rsidRPr="00360FD0">
        <w:rPr>
          <w:rFonts w:ascii="TH Sarabun New" w:hAnsi="TH Sarabun New" w:cs="TH Sarabun New"/>
        </w:rPr>
        <w:t>2. Thesis advisor has reviewed the paper already and approves him/her to submit it to the program committee.</w:t>
      </w:r>
    </w:p>
    <w:p w14:paraId="06668EE6" w14:textId="77777777" w:rsidR="004F1F0A" w:rsidRDefault="004F1F0A" w:rsidP="004F1F0A">
      <w:pPr>
        <w:ind w:firstLine="567"/>
        <w:rPr>
          <w:rFonts w:ascii="TH Sarabun New" w:hAnsi="TH Sarabun New" w:cs="TH Sarabun Ne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7"/>
        <w:gridCol w:w="5207"/>
      </w:tblGrid>
      <w:tr w:rsidR="004F1F0A" w14:paraId="319358A0" w14:textId="77777777" w:rsidTr="0074683D">
        <w:tc>
          <w:tcPr>
            <w:tcW w:w="5207" w:type="dxa"/>
          </w:tcPr>
          <w:p w14:paraId="27D3D61D" w14:textId="77777777" w:rsidR="004F1F0A" w:rsidRPr="00360FD0" w:rsidRDefault="004F1F0A" w:rsidP="00CA736E">
            <w:pPr>
              <w:jc w:val="center"/>
              <w:rPr>
                <w:rFonts w:ascii="TH Sarabun New" w:hAnsi="TH Sarabun New" w:cs="TH Sarabun New"/>
              </w:rPr>
            </w:pPr>
            <w:r w:rsidRPr="00360FD0">
              <w:rPr>
                <w:rFonts w:ascii="TH Sarabun New" w:hAnsi="TH Sarabun New" w:cs="TH Sarabun New"/>
              </w:rPr>
              <w:t>Signature .....................................</w:t>
            </w:r>
            <w:r w:rsidRPr="004F1F0A">
              <w:rPr>
                <w:rFonts w:ascii="TH Sarabun New" w:hAnsi="TH Sarabun New" w:cs="TH Sarabun New"/>
              </w:rPr>
              <w:t xml:space="preserve"> </w:t>
            </w:r>
            <w:r w:rsidRPr="00360FD0">
              <w:rPr>
                <w:rFonts w:ascii="TH Sarabun New" w:hAnsi="TH Sarabun New" w:cs="TH Sarabun New"/>
              </w:rPr>
              <w:t>External Chairman</w:t>
            </w:r>
          </w:p>
          <w:p w14:paraId="77D1F08C" w14:textId="118C0517" w:rsidR="004F1F0A" w:rsidRDefault="00CA736E" w:rsidP="0074683D">
            <w:pPr>
              <w:jc w:val="center"/>
              <w:rPr>
                <w:rFonts w:ascii="TH Sarabun New" w:hAnsi="TH Sarabun New" w:cs="TH Sarabun New"/>
              </w:rPr>
            </w:pPr>
            <w:r w:rsidRPr="00360FD0">
              <w:rPr>
                <w:rFonts w:ascii="TH Sarabun New" w:hAnsi="TH Sarabun New" w:cs="TH Sarabun New"/>
              </w:rPr>
              <w:t>(</w:t>
            </w:r>
            <w:r w:rsidR="0074683D">
              <w:rPr>
                <w:rFonts w:ascii="TH Sarabun New" w:hAnsi="TH Sarabun New" w:cs="TH Sarabun New"/>
              </w:rPr>
              <w:t>……………………………………………………………..</w:t>
            </w:r>
            <w:r w:rsidRPr="00360FD0">
              <w:rPr>
                <w:rFonts w:ascii="TH Sarabun New" w:hAnsi="TH Sarabun New" w:cs="TH Sarabun New"/>
              </w:rPr>
              <w:t>)</w:t>
            </w:r>
          </w:p>
          <w:p w14:paraId="7620C9DB" w14:textId="4C061781" w:rsidR="00CA736E" w:rsidRDefault="00CA736E" w:rsidP="00CA736E">
            <w:pPr>
              <w:jc w:val="center"/>
              <w:rPr>
                <w:rFonts w:ascii="TH Sarabun New" w:hAnsi="TH Sarabun New" w:cs="TH Sarabun New"/>
              </w:rPr>
            </w:pPr>
            <w:r w:rsidRPr="00360FD0">
              <w:rPr>
                <w:rFonts w:ascii="TH Sarabun New" w:hAnsi="TH Sarabun New" w:cs="TH Sarabun New"/>
              </w:rPr>
              <w:t>........../........../..........</w:t>
            </w:r>
          </w:p>
        </w:tc>
        <w:tc>
          <w:tcPr>
            <w:tcW w:w="5207" w:type="dxa"/>
          </w:tcPr>
          <w:p w14:paraId="281C65E9" w14:textId="77777777" w:rsidR="004F1F0A" w:rsidRPr="00360FD0" w:rsidRDefault="004F1F0A" w:rsidP="00CA736E">
            <w:pPr>
              <w:jc w:val="center"/>
              <w:rPr>
                <w:rFonts w:ascii="TH Sarabun New" w:hAnsi="TH Sarabun New" w:cs="TH Sarabun New"/>
              </w:rPr>
            </w:pPr>
            <w:r w:rsidRPr="00360FD0">
              <w:rPr>
                <w:rFonts w:ascii="TH Sarabun New" w:hAnsi="TH Sarabun New" w:cs="TH Sarabun New"/>
              </w:rPr>
              <w:t>Signature .....................................</w:t>
            </w:r>
            <w:r w:rsidRPr="004F1F0A">
              <w:rPr>
                <w:rFonts w:ascii="TH Sarabun New" w:hAnsi="TH Sarabun New" w:cs="TH Sarabun New"/>
              </w:rPr>
              <w:t xml:space="preserve"> </w:t>
            </w:r>
            <w:r w:rsidRPr="00360FD0">
              <w:rPr>
                <w:rFonts w:ascii="TH Sarabun New" w:hAnsi="TH Sarabun New" w:cs="TH Sarabun New"/>
              </w:rPr>
              <w:t>Main Advisor</w:t>
            </w:r>
          </w:p>
          <w:p w14:paraId="5B4DF3DB" w14:textId="47E83E8F" w:rsidR="00CA736E" w:rsidRDefault="00CA736E" w:rsidP="00CA736E">
            <w:pPr>
              <w:jc w:val="center"/>
              <w:rPr>
                <w:rFonts w:ascii="TH Sarabun New" w:hAnsi="TH Sarabun New" w:cs="TH Sarabun New"/>
              </w:rPr>
            </w:pPr>
            <w:r w:rsidRPr="00360FD0">
              <w:rPr>
                <w:rFonts w:ascii="TH Sarabun New" w:hAnsi="TH Sarabun New" w:cs="TH Sarabun New"/>
              </w:rPr>
              <w:t>(....</w:t>
            </w:r>
            <w:r w:rsidR="0074683D">
              <w:rPr>
                <w:rFonts w:ascii="TH Sarabun New" w:hAnsi="TH Sarabun New" w:cs="TH Sarabun New"/>
              </w:rPr>
              <w:t>........................</w:t>
            </w:r>
            <w:r w:rsidRPr="00360FD0">
              <w:rPr>
                <w:rFonts w:ascii="TH Sarabun New" w:hAnsi="TH Sarabun New" w:cs="TH Sarabun New"/>
              </w:rPr>
              <w:t>................................)</w:t>
            </w:r>
          </w:p>
          <w:p w14:paraId="62ECCD78" w14:textId="58910AF9" w:rsidR="004F1F0A" w:rsidRDefault="00CA736E" w:rsidP="00CA736E">
            <w:pPr>
              <w:jc w:val="center"/>
              <w:rPr>
                <w:rFonts w:ascii="TH Sarabun New" w:hAnsi="TH Sarabun New" w:cs="TH Sarabun New"/>
              </w:rPr>
            </w:pPr>
            <w:r w:rsidRPr="00360FD0">
              <w:rPr>
                <w:rFonts w:ascii="TH Sarabun New" w:hAnsi="TH Sarabun New" w:cs="TH Sarabun New"/>
              </w:rPr>
              <w:t>........../........../..........</w:t>
            </w:r>
          </w:p>
        </w:tc>
      </w:tr>
      <w:tr w:rsidR="00CA736E" w14:paraId="5187590B" w14:textId="77777777" w:rsidTr="0074683D">
        <w:tc>
          <w:tcPr>
            <w:tcW w:w="5207" w:type="dxa"/>
          </w:tcPr>
          <w:p w14:paraId="47CA51E2" w14:textId="77777777" w:rsidR="0074683D" w:rsidRDefault="0074683D" w:rsidP="0074683D">
            <w:pPr>
              <w:rPr>
                <w:rFonts w:ascii="TH Sarabun New" w:hAnsi="TH Sarabun New" w:cs="TH Sarabun New"/>
              </w:rPr>
            </w:pPr>
          </w:p>
          <w:p w14:paraId="107A925F" w14:textId="6AAE9D02" w:rsidR="0074683D" w:rsidRPr="00360FD0" w:rsidRDefault="0074683D" w:rsidP="0074683D">
            <w:pPr>
              <w:rPr>
                <w:rFonts w:ascii="TH Sarabun New" w:hAnsi="TH Sarabun New" w:cs="TH Sarabun New"/>
              </w:rPr>
            </w:pPr>
          </w:p>
        </w:tc>
        <w:tc>
          <w:tcPr>
            <w:tcW w:w="5207" w:type="dxa"/>
          </w:tcPr>
          <w:p w14:paraId="494E07A0" w14:textId="77777777" w:rsidR="00CA736E" w:rsidRPr="00360FD0" w:rsidRDefault="00CA736E" w:rsidP="0074683D">
            <w:pPr>
              <w:rPr>
                <w:rFonts w:ascii="TH Sarabun New" w:hAnsi="TH Sarabun New" w:cs="TH Sarabun New"/>
              </w:rPr>
            </w:pPr>
          </w:p>
        </w:tc>
      </w:tr>
      <w:tr w:rsidR="004F1F0A" w14:paraId="7D5C176A" w14:textId="77777777" w:rsidTr="0074683D">
        <w:tc>
          <w:tcPr>
            <w:tcW w:w="5207" w:type="dxa"/>
          </w:tcPr>
          <w:p w14:paraId="718C84E4" w14:textId="77777777" w:rsidR="004F1F0A" w:rsidRPr="00360FD0" w:rsidRDefault="004F1F0A" w:rsidP="00CA736E">
            <w:pPr>
              <w:jc w:val="center"/>
              <w:rPr>
                <w:rFonts w:ascii="TH Sarabun New" w:hAnsi="TH Sarabun New" w:cs="TH Sarabun New"/>
              </w:rPr>
            </w:pPr>
            <w:r w:rsidRPr="00360FD0">
              <w:rPr>
                <w:rFonts w:ascii="TH Sarabun New" w:hAnsi="TH Sarabun New" w:cs="TH Sarabun New"/>
              </w:rPr>
              <w:t>Signature .....................................</w:t>
            </w:r>
            <w:r w:rsidRPr="004F1F0A">
              <w:rPr>
                <w:rFonts w:ascii="TH Sarabun New" w:hAnsi="TH Sarabun New" w:cs="TH Sarabun New"/>
              </w:rPr>
              <w:t xml:space="preserve"> </w:t>
            </w:r>
            <w:r w:rsidRPr="00360FD0">
              <w:rPr>
                <w:rFonts w:ascii="TH Sarabun New" w:hAnsi="TH Sarabun New" w:cs="TH Sarabun New"/>
              </w:rPr>
              <w:t>Co-advisor</w:t>
            </w:r>
          </w:p>
          <w:p w14:paraId="0DB7188E" w14:textId="36FB8874" w:rsidR="00CA736E" w:rsidRDefault="00CA736E" w:rsidP="00CA736E">
            <w:pPr>
              <w:jc w:val="center"/>
              <w:rPr>
                <w:rFonts w:ascii="TH Sarabun New" w:hAnsi="TH Sarabun New" w:cs="TH Sarabun New"/>
              </w:rPr>
            </w:pPr>
            <w:r w:rsidRPr="00360FD0">
              <w:rPr>
                <w:rFonts w:ascii="TH Sarabun New" w:hAnsi="TH Sarabun New" w:cs="TH Sarabun New"/>
              </w:rPr>
              <w:t>(...........</w:t>
            </w:r>
            <w:r w:rsidR="0074683D">
              <w:rPr>
                <w:rFonts w:ascii="TH Sarabun New" w:hAnsi="TH Sarabun New" w:cs="TH Sarabun New"/>
              </w:rPr>
              <w:t>................</w:t>
            </w:r>
            <w:r w:rsidRPr="00360FD0">
              <w:rPr>
                <w:rFonts w:ascii="TH Sarabun New" w:hAnsi="TH Sarabun New" w:cs="TH Sarabun New"/>
              </w:rPr>
              <w:t>.........................)</w:t>
            </w:r>
          </w:p>
          <w:p w14:paraId="7CBBB868" w14:textId="4435B443" w:rsidR="004F1F0A" w:rsidRDefault="00CA736E" w:rsidP="00CA736E">
            <w:pPr>
              <w:jc w:val="center"/>
              <w:rPr>
                <w:rFonts w:ascii="TH Sarabun New" w:hAnsi="TH Sarabun New" w:cs="TH Sarabun New"/>
              </w:rPr>
            </w:pPr>
            <w:r w:rsidRPr="00360FD0">
              <w:rPr>
                <w:rFonts w:ascii="TH Sarabun New" w:hAnsi="TH Sarabun New" w:cs="TH Sarabun New"/>
              </w:rPr>
              <w:t>........../........../..........</w:t>
            </w:r>
          </w:p>
        </w:tc>
        <w:tc>
          <w:tcPr>
            <w:tcW w:w="5207" w:type="dxa"/>
          </w:tcPr>
          <w:p w14:paraId="6FAB9989" w14:textId="77777777" w:rsidR="004F1F0A" w:rsidRPr="00360FD0" w:rsidRDefault="004F1F0A" w:rsidP="00CA736E">
            <w:pPr>
              <w:jc w:val="center"/>
              <w:rPr>
                <w:rFonts w:ascii="TH Sarabun New" w:hAnsi="TH Sarabun New" w:cs="TH Sarabun New"/>
              </w:rPr>
            </w:pPr>
            <w:r w:rsidRPr="00360FD0">
              <w:rPr>
                <w:rFonts w:ascii="TH Sarabun New" w:hAnsi="TH Sarabun New" w:cs="TH Sarabun New"/>
              </w:rPr>
              <w:t>Signature .....................................</w:t>
            </w:r>
            <w:r w:rsidRPr="004F1F0A">
              <w:rPr>
                <w:rFonts w:ascii="TH Sarabun New" w:hAnsi="TH Sarabun New" w:cs="TH Sarabun New"/>
              </w:rPr>
              <w:t xml:space="preserve"> </w:t>
            </w:r>
            <w:r w:rsidRPr="00360FD0">
              <w:rPr>
                <w:rFonts w:ascii="TH Sarabun New" w:hAnsi="TH Sarabun New" w:cs="TH Sarabun New"/>
              </w:rPr>
              <w:t>Co-advisor</w:t>
            </w:r>
          </w:p>
          <w:p w14:paraId="1A3A6A1A" w14:textId="6E113DA3" w:rsidR="00CA736E" w:rsidRDefault="00CA736E" w:rsidP="00CA736E">
            <w:pPr>
              <w:jc w:val="center"/>
              <w:rPr>
                <w:rFonts w:ascii="TH Sarabun New" w:hAnsi="TH Sarabun New" w:cs="TH Sarabun New"/>
              </w:rPr>
            </w:pPr>
            <w:r w:rsidRPr="00360FD0">
              <w:rPr>
                <w:rFonts w:ascii="TH Sarabun New" w:hAnsi="TH Sarabun New" w:cs="TH Sarabun New"/>
              </w:rPr>
              <w:t>(.....</w:t>
            </w:r>
            <w:r w:rsidR="0074683D">
              <w:rPr>
                <w:rFonts w:ascii="TH Sarabun New" w:hAnsi="TH Sarabun New" w:cs="TH Sarabun New"/>
              </w:rPr>
              <w:t>...............</w:t>
            </w:r>
            <w:r w:rsidRPr="00360FD0">
              <w:rPr>
                <w:rFonts w:ascii="TH Sarabun New" w:hAnsi="TH Sarabun New" w:cs="TH Sarabun New"/>
              </w:rPr>
              <w:t>...............................)</w:t>
            </w:r>
          </w:p>
          <w:p w14:paraId="489E5628" w14:textId="4E052F00" w:rsidR="004F1F0A" w:rsidRDefault="00CA736E" w:rsidP="00CA736E">
            <w:pPr>
              <w:jc w:val="center"/>
              <w:rPr>
                <w:rFonts w:ascii="TH Sarabun New" w:hAnsi="TH Sarabun New" w:cs="TH Sarabun New"/>
              </w:rPr>
            </w:pPr>
            <w:r w:rsidRPr="00360FD0">
              <w:rPr>
                <w:rFonts w:ascii="TH Sarabun New" w:hAnsi="TH Sarabun New" w:cs="TH Sarabun New"/>
              </w:rPr>
              <w:t>........../........../..........</w:t>
            </w:r>
          </w:p>
        </w:tc>
      </w:tr>
    </w:tbl>
    <w:p w14:paraId="2D4CA64B" w14:textId="77777777" w:rsidR="004F1F0A" w:rsidRDefault="004F1F0A" w:rsidP="004F1F0A">
      <w:pPr>
        <w:ind w:firstLine="567"/>
        <w:rPr>
          <w:rFonts w:ascii="TH Sarabun New" w:hAnsi="TH Sarabun New" w:cs="TH Sarabun New"/>
        </w:rPr>
      </w:pPr>
    </w:p>
    <w:p w14:paraId="688B4098" w14:textId="77777777" w:rsidR="0074683D" w:rsidRDefault="0074683D" w:rsidP="004F1F0A">
      <w:pPr>
        <w:ind w:firstLine="567"/>
        <w:rPr>
          <w:rFonts w:ascii="TH Sarabun New" w:hAnsi="TH Sarabun New" w:cs="TH Sarabun New"/>
        </w:rPr>
      </w:pPr>
    </w:p>
    <w:p w14:paraId="66B4F483" w14:textId="77777777" w:rsidR="0074683D" w:rsidRDefault="0074683D" w:rsidP="004F1F0A">
      <w:pPr>
        <w:ind w:firstLine="567"/>
        <w:rPr>
          <w:rFonts w:ascii="TH Sarabun New" w:hAnsi="TH Sarabun New" w:cs="TH Sarabun New"/>
        </w:rPr>
      </w:pPr>
    </w:p>
    <w:p w14:paraId="1485610B" w14:textId="4B925582" w:rsidR="0074683D" w:rsidRDefault="0074683D" w:rsidP="004F1F0A">
      <w:pPr>
        <w:ind w:firstLine="567"/>
        <w:rPr>
          <w:rFonts w:ascii="TH Sarabun New" w:hAnsi="TH Sarabun New" w:cs="TH Sarabun New"/>
        </w:rPr>
      </w:pPr>
    </w:p>
    <w:p w14:paraId="31BBC92A" w14:textId="47E73BD6" w:rsidR="001175B6" w:rsidRDefault="001175B6" w:rsidP="004F1F0A">
      <w:pPr>
        <w:ind w:firstLine="567"/>
        <w:rPr>
          <w:rFonts w:ascii="TH Sarabun New" w:hAnsi="TH Sarabun New" w:cs="TH Sarabun New"/>
        </w:rPr>
      </w:pPr>
      <w:r>
        <w:rPr>
          <w:noProof/>
        </w:rPr>
        <mc:AlternateContent>
          <mc:Choice Requires="wps">
            <w:drawing>
              <wp:anchor distT="0" distB="0" distL="114300" distR="114300" simplePos="0" relativeHeight="251660288" behindDoc="0" locked="0" layoutInCell="1" allowOverlap="1" wp14:anchorId="4320DB68" wp14:editId="199AE787">
                <wp:simplePos x="0" y="0"/>
                <wp:positionH relativeFrom="column">
                  <wp:posOffset>247840</wp:posOffset>
                </wp:positionH>
                <wp:positionV relativeFrom="paragraph">
                  <wp:posOffset>117178</wp:posOffset>
                </wp:positionV>
                <wp:extent cx="3099435" cy="467995"/>
                <wp:effectExtent l="0" t="0" r="24765" b="27305"/>
                <wp:wrapSquare wrapText="bothSides"/>
                <wp:docPr id="1" name="Text Box 1"/>
                <wp:cNvGraphicFramePr/>
                <a:graphic xmlns:a="http://schemas.openxmlformats.org/drawingml/2006/main">
                  <a:graphicData uri="http://schemas.microsoft.com/office/word/2010/wordprocessingShape">
                    <wps:wsp>
                      <wps:cNvSpPr txBox="1"/>
                      <wps:spPr>
                        <a:xfrm>
                          <a:off x="0" y="0"/>
                          <a:ext cx="3099435" cy="467995"/>
                        </a:xfrm>
                        <a:prstGeom prst="rect">
                          <a:avLst/>
                        </a:prstGeom>
                        <a:noFill/>
                        <a:ln w="6350">
                          <a:solidFill>
                            <a:prstClr val="black"/>
                          </a:solidFill>
                        </a:ln>
                      </wps:spPr>
                      <wps:txbx>
                        <w:txbxContent>
                          <w:p w14:paraId="1A0B04DD" w14:textId="542566CD" w:rsidR="00605AD0" w:rsidRPr="008560DE" w:rsidRDefault="001175B6" w:rsidP="00605AD0">
                            <w:pPr>
                              <w:rPr>
                                <w:rFonts w:ascii="TH Sarabun New" w:hAnsi="TH Sarabun New" w:cs="TH Sarabun New"/>
                              </w:rPr>
                            </w:pPr>
                            <w:r>
                              <w:rPr>
                                <w:rFonts w:ascii="TH Sarabun New" w:hAnsi="TH Sarabun New" w:cs="TH Sarabun New" w:hint="cs"/>
                                <w:cs/>
                                <w:lang w:bidi="th-TH"/>
                              </w:rPr>
                              <w:t>*</w:t>
                            </w:r>
                            <w:r w:rsidR="00605AD0">
                              <w:rPr>
                                <w:rFonts w:ascii="TH Sarabun New" w:hAnsi="TH Sarabun New" w:cs="TH Sarabun New"/>
                              </w:rPr>
                              <w:t xml:space="preserve">*please insert the </w:t>
                            </w:r>
                            <w:r w:rsidR="00605AD0" w:rsidRPr="001175B6">
                              <w:rPr>
                                <w:rFonts w:ascii="TH Sarabun New" w:hAnsi="TH Sarabun New" w:cs="TH Sarabun New"/>
                                <w:b/>
                                <w:bCs/>
                              </w:rPr>
                              <w:t>below</w:t>
                            </w:r>
                            <w:r w:rsidR="00605AD0">
                              <w:rPr>
                                <w:rFonts w:ascii="TH Sarabun New" w:hAnsi="TH Sarabun New" w:cs="TH Sarabun New"/>
                              </w:rPr>
                              <w:t xml:space="preserve"> text on page that requires signatures**</w:t>
                            </w:r>
                            <w:r w:rsidR="00605AD0">
                              <w:rPr>
                                <w:rFonts w:ascii="TH Sarabun New" w:hAnsi="TH Sarabun New" w:cs="TH Sarabun New"/>
                              </w:rPr>
                              <w:t xml:space="preserve"> (delete or remove this text box before submitting the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20DB68" id="_x0000_t202" coordsize="21600,21600" o:spt="202" path="m,l,21600r21600,l21600,xe">
                <v:stroke joinstyle="miter"/>
                <v:path gradientshapeok="t" o:connecttype="rect"/>
              </v:shapetype>
              <v:shape id="Text Box 1" o:spid="_x0000_s1026" type="#_x0000_t202" style="position:absolute;left:0;text-align:left;margin-left:19.5pt;margin-top:9.25pt;width:244.05pt;height:36.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" filled="f" strokeweight=".5pt">
                <v:fill o:detectmouseclick="t"/>
                <v:textbox>
                  <w:txbxContent>
                    <w:p w14:paraId="1A0B04DD" w14:textId="542566CD" w:rsidR="00605AD0" w:rsidRPr="008560DE" w:rsidRDefault="001175B6" w:rsidP="00605AD0">
                      <w:pPr>
                        <w:rPr>
                          <w:rFonts w:ascii="TH Sarabun New" w:hAnsi="TH Sarabun New" w:cs="TH Sarabun New"/>
                        </w:rPr>
                      </w:pPr>
                      <w:r>
                        <w:rPr>
                          <w:rFonts w:ascii="TH Sarabun New" w:hAnsi="TH Sarabun New" w:cs="TH Sarabun New" w:hint="cs"/>
                          <w:cs/>
                          <w:lang w:bidi="th-TH"/>
                        </w:rPr>
                        <w:t>*</w:t>
                      </w:r>
                      <w:r w:rsidR="00605AD0">
                        <w:rPr>
                          <w:rFonts w:ascii="TH Sarabun New" w:hAnsi="TH Sarabun New" w:cs="TH Sarabun New"/>
                        </w:rPr>
                        <w:t xml:space="preserve">*please insert the </w:t>
                      </w:r>
                      <w:r w:rsidR="00605AD0" w:rsidRPr="001175B6">
                        <w:rPr>
                          <w:rFonts w:ascii="TH Sarabun New" w:hAnsi="TH Sarabun New" w:cs="TH Sarabun New"/>
                          <w:b/>
                          <w:bCs/>
                        </w:rPr>
                        <w:t>below</w:t>
                      </w:r>
                      <w:r w:rsidR="00605AD0">
                        <w:rPr>
                          <w:rFonts w:ascii="TH Sarabun New" w:hAnsi="TH Sarabun New" w:cs="TH Sarabun New"/>
                        </w:rPr>
                        <w:t xml:space="preserve"> text on page that requires signatures**</w:t>
                      </w:r>
                      <w:r w:rsidR="00605AD0">
                        <w:rPr>
                          <w:rFonts w:ascii="TH Sarabun New" w:hAnsi="TH Sarabun New" w:cs="TH Sarabun New"/>
                        </w:rPr>
                        <w:t xml:space="preserve"> (delete or remove this text box before submitting the form)</w:t>
                      </w:r>
                    </w:p>
                  </w:txbxContent>
                </v:textbox>
                <w10:wrap type="square"/>
              </v:shape>
            </w:pict>
          </mc:Fallback>
        </mc:AlternateContent>
      </w:r>
    </w:p>
    <w:p w14:paraId="147BED6F" w14:textId="77777777" w:rsidR="001175B6" w:rsidRDefault="001175B6" w:rsidP="004F1F0A">
      <w:pPr>
        <w:ind w:firstLine="567"/>
        <w:rPr>
          <w:rFonts w:ascii="TH Sarabun New" w:hAnsi="TH Sarabun New" w:cs="TH Sarabun New"/>
        </w:rPr>
      </w:pPr>
    </w:p>
    <w:p w14:paraId="0CC3036A" w14:textId="25AA8966" w:rsidR="0074683D" w:rsidRPr="00360FD0" w:rsidRDefault="001A003A" w:rsidP="00345653">
      <w:pPr>
        <w:pStyle w:val="Footer"/>
        <w:jc w:val="center"/>
        <w:rPr>
          <w:rFonts w:ascii="TH Sarabun New" w:hAnsi="TH Sarabun New" w:cs="TH Sarabun New"/>
        </w:rPr>
      </w:pPr>
      <w:r w:rsidRPr="001A003A">
        <w:rPr>
          <w:rFonts w:ascii="TH Sarabun New" w:hAnsi="TH Sarabun New" w:cs="TH Sarabun New"/>
          <w:color w:val="A6A6A6"/>
        </w:rPr>
        <w:t>This document uses an electronic signature in accordance with the Electronic Transactions Act B.E. 2544 (2001) and the Chiang Mai University Regulations on the Use of Electronic Signatures B.E. 2564 (2021).</w:t>
      </w:r>
    </w:p>
    <w:sectPr w:rsidR="0074683D" w:rsidRPr="00360FD0" w:rsidSect="00360FD0">
      <w:headerReference w:type="default" r:id="rId8"/>
      <w:footerReference w:type="default" r:id="rId9"/>
      <w:pgSz w:w="12240" w:h="15840"/>
      <w:pgMar w:top="851" w:right="1021" w:bottom="851" w:left="1021" w:header="142"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881A1" w14:textId="77777777" w:rsidR="00130C03" w:rsidRDefault="00130C03">
      <w:pPr>
        <w:spacing w:after="0" w:line="240" w:lineRule="auto"/>
      </w:pPr>
      <w:r>
        <w:separator/>
      </w:r>
    </w:p>
  </w:endnote>
  <w:endnote w:type="continuationSeparator" w:id="0">
    <w:p w14:paraId="0F6D080E" w14:textId="77777777" w:rsidR="00130C03" w:rsidRDefault="00130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00"/>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w:panose1 w:val="02070409020205020404"/>
    <w:charset w:val="00"/>
    <w:family w:val="auto"/>
    <w:pitch w:val="variable"/>
    <w:sig w:usb0="00000003" w:usb1="00000000" w:usb2="00000000" w:usb3="00000000" w:csb0="00000001" w:csb1="00000000"/>
  </w:font>
  <w:font w:name="TH Sarabun New">
    <w:altName w:val="Browallia New"/>
    <w:panose1 w:val="020B0500040200020003"/>
    <w:charset w:val="00"/>
    <w:family w:val="swiss"/>
    <w:pitch w:val="variable"/>
    <w:sig w:usb0="A100006F" w:usb1="5000205A" w:usb2="00000000" w:usb3="00000000" w:csb0="000101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45"/>
      <w:gridCol w:w="9505"/>
      <w:gridCol w:w="350"/>
    </w:tblGrid>
    <w:tr w:rsidR="431ACDD0" w14:paraId="7BC2188E" w14:textId="77777777" w:rsidTr="431ACDD0">
      <w:trPr>
        <w:trHeight w:val="300"/>
      </w:trPr>
      <w:tc>
        <w:tcPr>
          <w:tcW w:w="345" w:type="dxa"/>
        </w:tcPr>
        <w:p w14:paraId="58BA9832" w14:textId="3DB561C2" w:rsidR="431ACDD0" w:rsidRDefault="431ACDD0" w:rsidP="431ACDD0">
          <w:pPr>
            <w:pStyle w:val="Header"/>
            <w:ind w:left="-115"/>
          </w:pPr>
        </w:p>
      </w:tc>
      <w:tc>
        <w:tcPr>
          <w:tcW w:w="9505" w:type="dxa"/>
        </w:tcPr>
        <w:p w14:paraId="5AB05541" w14:textId="17CCBEB7" w:rsidR="431ACDD0" w:rsidRPr="00360FD0" w:rsidRDefault="431ACDD0" w:rsidP="431ACDD0">
          <w:pPr>
            <w:jc w:val="center"/>
            <w:rPr>
              <w:rFonts w:ascii="TH Sarabun New" w:hAnsi="TH Sarabun New" w:cs="TH Sarabun New"/>
            </w:rPr>
          </w:pPr>
          <w:r w:rsidRPr="00360FD0">
            <w:rPr>
              <w:rFonts w:ascii="TH Sarabun New" w:hAnsi="TH Sarabun New" w:cs="TH Sarabun New"/>
            </w:rPr>
            <w:br/>
            <w:t xml:space="preserve">Graduate Program, Office of </w:t>
          </w:r>
          <w:r w:rsidR="0074683D">
            <w:rPr>
              <w:rFonts w:ascii="TH Sarabun New" w:hAnsi="TH Sarabun New" w:cs="TH Sarabun New"/>
            </w:rPr>
            <w:t>Educational</w:t>
          </w:r>
          <w:r w:rsidRPr="00360FD0">
            <w:rPr>
              <w:rFonts w:ascii="TH Sarabun New" w:hAnsi="TH Sarabun New" w:cs="TH Sarabun New"/>
            </w:rPr>
            <w:t xml:space="preserve"> Service Affair</w:t>
          </w:r>
          <w:r w:rsidR="00FC585C">
            <w:rPr>
              <w:rFonts w:ascii="TH Sarabun New" w:hAnsi="TH Sarabun New" w:cs="TH Sarabun New"/>
            </w:rPr>
            <w:t>s</w:t>
          </w:r>
          <w:r w:rsidRPr="00360FD0">
            <w:rPr>
              <w:rFonts w:ascii="TH Sarabun New" w:hAnsi="TH Sarabun New" w:cs="TH Sarabun New"/>
            </w:rPr>
            <w:t xml:space="preserve"> | FACULTY OF ECONOMICS, CMU</w:t>
          </w:r>
        </w:p>
      </w:tc>
      <w:tc>
        <w:tcPr>
          <w:tcW w:w="350" w:type="dxa"/>
        </w:tcPr>
        <w:p w14:paraId="18458E1B" w14:textId="15C07FE5" w:rsidR="431ACDD0" w:rsidRDefault="431ACDD0" w:rsidP="431ACDD0">
          <w:pPr>
            <w:pStyle w:val="Header"/>
            <w:ind w:right="-115"/>
            <w:jc w:val="right"/>
          </w:pPr>
        </w:p>
      </w:tc>
    </w:tr>
  </w:tbl>
  <w:p w14:paraId="0A8F9967" w14:textId="13C83E00" w:rsidR="431ACDD0" w:rsidRDefault="431ACDD0" w:rsidP="431ACD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C2EDA" w14:textId="77777777" w:rsidR="00130C03" w:rsidRDefault="00130C03">
      <w:pPr>
        <w:spacing w:after="0" w:line="240" w:lineRule="auto"/>
      </w:pPr>
      <w:r>
        <w:separator/>
      </w:r>
    </w:p>
  </w:footnote>
  <w:footnote w:type="continuationSeparator" w:id="0">
    <w:p w14:paraId="2152EBAD" w14:textId="77777777" w:rsidR="00130C03" w:rsidRDefault="00130C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400"/>
      <w:gridCol w:w="3400"/>
      <w:gridCol w:w="3400"/>
    </w:tblGrid>
    <w:tr w:rsidR="431ACDD0" w:rsidRPr="00360FD0" w14:paraId="5D5EE33B" w14:textId="77777777" w:rsidTr="431ACDD0">
      <w:trPr>
        <w:trHeight w:val="300"/>
      </w:trPr>
      <w:tc>
        <w:tcPr>
          <w:tcW w:w="3400" w:type="dxa"/>
        </w:tcPr>
        <w:p w14:paraId="7339F869" w14:textId="0A84074A" w:rsidR="431ACDD0" w:rsidRDefault="431ACDD0" w:rsidP="431ACDD0">
          <w:pPr>
            <w:pStyle w:val="Header"/>
            <w:ind w:left="-115"/>
          </w:pPr>
        </w:p>
      </w:tc>
      <w:tc>
        <w:tcPr>
          <w:tcW w:w="3400" w:type="dxa"/>
        </w:tcPr>
        <w:p w14:paraId="0FAD0CAA" w14:textId="28ABF872" w:rsidR="431ACDD0" w:rsidRDefault="431ACDD0" w:rsidP="431ACDD0">
          <w:pPr>
            <w:pStyle w:val="Header"/>
            <w:jc w:val="center"/>
          </w:pPr>
        </w:p>
      </w:tc>
      <w:tc>
        <w:tcPr>
          <w:tcW w:w="3400" w:type="dxa"/>
        </w:tcPr>
        <w:p w14:paraId="187AEC6B" w14:textId="11F9BC2C" w:rsidR="431ACDD0" w:rsidRPr="00360FD0" w:rsidRDefault="431ACDD0" w:rsidP="431ACDD0">
          <w:pPr>
            <w:pStyle w:val="Header"/>
            <w:ind w:right="-115"/>
            <w:jc w:val="right"/>
            <w:rPr>
              <w:rFonts w:ascii="TH Sarabun New" w:hAnsi="TH Sarabun New" w:cs="TH Sarabun New"/>
            </w:rPr>
          </w:pPr>
          <w:r w:rsidRPr="00360FD0">
            <w:rPr>
              <w:rFonts w:ascii="TH Sarabun New" w:hAnsi="TH Sarabun New" w:cs="TH Sarabun New"/>
            </w:rPr>
            <w:t>Econ บว. 01</w:t>
          </w:r>
        </w:p>
      </w:tc>
    </w:tr>
  </w:tbl>
  <w:p w14:paraId="10F17E36" w14:textId="4598257A" w:rsidR="431ACDD0" w:rsidRDefault="431ACDD0" w:rsidP="431ACD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175B6"/>
    <w:rsid w:val="00130C03"/>
    <w:rsid w:val="0015074B"/>
    <w:rsid w:val="001A003A"/>
    <w:rsid w:val="0029639D"/>
    <w:rsid w:val="00326F90"/>
    <w:rsid w:val="00345653"/>
    <w:rsid w:val="00360FD0"/>
    <w:rsid w:val="00440ADB"/>
    <w:rsid w:val="004F1F0A"/>
    <w:rsid w:val="00605AD0"/>
    <w:rsid w:val="0074683D"/>
    <w:rsid w:val="007C0B59"/>
    <w:rsid w:val="009306FA"/>
    <w:rsid w:val="00961BCE"/>
    <w:rsid w:val="00AA1D8D"/>
    <w:rsid w:val="00AC223A"/>
    <w:rsid w:val="00AC365C"/>
    <w:rsid w:val="00B47730"/>
    <w:rsid w:val="00C07746"/>
    <w:rsid w:val="00C607DD"/>
    <w:rsid w:val="00CA736E"/>
    <w:rsid w:val="00CB0664"/>
    <w:rsid w:val="00CD5DD2"/>
    <w:rsid w:val="00EB1C41"/>
    <w:rsid w:val="00EB261F"/>
    <w:rsid w:val="00F56D4C"/>
    <w:rsid w:val="00FC585C"/>
    <w:rsid w:val="00FC693F"/>
    <w:rsid w:val="19F354F0"/>
    <w:rsid w:val="3A76D18F"/>
    <w:rsid w:val="431ACDD0"/>
    <w:rsid w:val="67E14BB7"/>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062061"/>
  <w14:defaultImageDpi w14:val="300"/>
  <w15:docId w15:val="{A63B528A-4FFE-4827-8AD0-433410818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298</Words>
  <Characters>1702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PALITA ARIN</dc:creator>
  <cp:keywords/>
  <dc:description>generated by python-docx</dc:description>
  <cp:lastModifiedBy>PALITA ARIN</cp:lastModifiedBy>
  <cp:revision>2</cp:revision>
  <dcterms:created xsi:type="dcterms:W3CDTF">2026-07-04T09:19:00Z</dcterms:created>
  <dcterms:modified xsi:type="dcterms:W3CDTF">2026-07-04T09:19:00Z</dcterms:modified>
  <cp:category/>
</cp:coreProperties>
</file>